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97549" w14:textId="3B25B217" w:rsidR="00835CEF" w:rsidRDefault="00835CEF" w:rsidP="00835CEF">
      <w:pPr>
        <w:pStyle w:val="Heading1"/>
        <w:spacing w:before="120"/>
        <w:jc w:val="center"/>
        <w:rPr>
          <w:rFonts w:ascii="TH SarabunPSK" w:hAnsi="TH SarabunPSK" w:cs="TH SarabunPSK"/>
          <w:color w:val="auto"/>
          <w:sz w:val="32"/>
          <w:szCs w:val="32"/>
          <w:lang w:bidi="th-TH"/>
        </w:rPr>
      </w:pPr>
      <w:r w:rsidRPr="00835CEF">
        <w:rPr>
          <w:rFonts w:ascii="Aptos" w:eastAsia="Aptos" w:hAnsi="Aptos" w:cs="Cordia New"/>
          <w:b w:val="0"/>
          <w:bCs w:val="0"/>
          <w:noProof/>
          <w:color w:val="auto"/>
          <w:kern w:val="2"/>
          <w:sz w:val="24"/>
          <w:szCs w:val="24"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00E0F8D7" wp14:editId="54A3A78E">
            <wp:simplePos x="0" y="0"/>
            <wp:positionH relativeFrom="margin">
              <wp:align>center</wp:align>
            </wp:positionH>
            <wp:positionV relativeFrom="paragraph">
              <wp:posOffset>-514350</wp:posOffset>
            </wp:positionV>
            <wp:extent cx="1754715" cy="971550"/>
            <wp:effectExtent l="0" t="0" r="0" b="0"/>
            <wp:wrapNone/>
            <wp:docPr id="19922479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4715" cy="971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35CEF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17A3E78B" wp14:editId="1065FDD6">
            <wp:simplePos x="0" y="0"/>
            <wp:positionH relativeFrom="margin">
              <wp:posOffset>4755515</wp:posOffset>
            </wp:positionH>
            <wp:positionV relativeFrom="paragraph">
              <wp:posOffset>-596900</wp:posOffset>
            </wp:positionV>
            <wp:extent cx="1225702" cy="1473200"/>
            <wp:effectExtent l="0" t="0" r="0" b="0"/>
            <wp:wrapNone/>
            <wp:docPr id="10768470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84700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25702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EFC27B" w14:textId="77777777" w:rsidR="00835CEF" w:rsidRPr="00835CEF" w:rsidRDefault="00835CEF" w:rsidP="00835CEF">
      <w:pPr>
        <w:pStyle w:val="Heading1"/>
        <w:spacing w:before="120"/>
        <w:jc w:val="center"/>
        <w:rPr>
          <w:rFonts w:ascii="TH SarabunPSK" w:hAnsi="TH SarabunPSK" w:cs="TH SarabunPSK"/>
          <w:color w:val="auto"/>
          <w:sz w:val="16"/>
          <w:szCs w:val="16"/>
          <w:lang w:bidi="th-TH"/>
        </w:rPr>
      </w:pPr>
    </w:p>
    <w:p w14:paraId="1A93760E" w14:textId="7492DB8B" w:rsidR="00835CEF" w:rsidRPr="00997ED8" w:rsidRDefault="00000000" w:rsidP="00835CEF">
      <w:pPr>
        <w:pStyle w:val="Heading1"/>
        <w:spacing w:before="120"/>
        <w:jc w:val="center"/>
        <w:rPr>
          <w:rFonts w:ascii="TH SarabunPSK" w:hAnsi="TH SarabunPSK" w:cs="TH SarabunPSK"/>
          <w:color w:val="auto"/>
          <w:sz w:val="36"/>
          <w:szCs w:val="36"/>
          <w:lang w:bidi="th-TH"/>
        </w:rPr>
      </w:pPr>
      <w:proofErr w:type="spellStart"/>
      <w:r w:rsidRPr="00997ED8">
        <w:rPr>
          <w:rFonts w:ascii="TH SarabunPSK" w:hAnsi="TH SarabunPSK" w:cs="TH SarabunPSK"/>
          <w:color w:val="auto"/>
          <w:sz w:val="36"/>
          <w:szCs w:val="36"/>
        </w:rPr>
        <w:t>ใบสมัครเพื่อเข้ารับการสรรหา</w:t>
      </w:r>
      <w:proofErr w:type="spellEnd"/>
    </w:p>
    <w:p w14:paraId="7876785A" w14:textId="214CCE4F" w:rsidR="00494A9A" w:rsidRPr="00997ED8" w:rsidRDefault="00000000" w:rsidP="00835CEF">
      <w:pPr>
        <w:pStyle w:val="Heading2"/>
        <w:jc w:val="center"/>
        <w:rPr>
          <w:rFonts w:ascii="TH SarabunPSK" w:hAnsi="TH SarabunPSK" w:cs="TH SarabunPSK"/>
          <w:color w:val="auto"/>
          <w:sz w:val="36"/>
          <w:szCs w:val="36"/>
          <w:lang w:bidi="th-TH"/>
        </w:rPr>
      </w:pPr>
      <w:proofErr w:type="spellStart"/>
      <w:r w:rsidRPr="00997ED8">
        <w:rPr>
          <w:rFonts w:ascii="TH SarabunPSK" w:hAnsi="TH SarabunPSK" w:cs="TH SarabunPSK"/>
          <w:color w:val="auto"/>
          <w:sz w:val="36"/>
          <w:szCs w:val="36"/>
        </w:rPr>
        <w:t>ผู้อำนวยการ</w:t>
      </w:r>
      <w:proofErr w:type="spellEnd"/>
      <w:r w:rsidR="00835CEF" w:rsidRPr="00997ED8">
        <w:rPr>
          <w:rFonts w:ascii="TH SarabunPSK" w:hAnsi="TH SarabunPSK" w:cs="TH SarabunPSK"/>
          <w:color w:val="auto"/>
          <w:sz w:val="36"/>
          <w:szCs w:val="36"/>
          <w:cs/>
          <w:lang w:bidi="th-TH"/>
        </w:rPr>
        <w:t>สำนักงานเทคโนโลยีและนวัตกรรมด้านชีววิทยาศาสตร์</w:t>
      </w:r>
    </w:p>
    <w:p w14:paraId="019418F4" w14:textId="77777777" w:rsidR="008C0B79" w:rsidRPr="006032AF" w:rsidRDefault="008C0B79" w:rsidP="008C0B79">
      <w:pPr>
        <w:spacing w:after="0"/>
        <w:rPr>
          <w:rFonts w:ascii="TH SarabunPSK" w:hAnsi="TH SarabunPSK" w:cs="TH SarabunPSK"/>
          <w:sz w:val="32"/>
          <w:szCs w:val="32"/>
          <w:lang w:bidi="th-TH"/>
        </w:rPr>
      </w:pPr>
    </w:p>
    <w:p w14:paraId="73F404A3" w14:textId="70938A56" w:rsidR="00494A9A" w:rsidRPr="006032AF" w:rsidRDefault="008C0B79" w:rsidP="00835CEF">
      <w:pPr>
        <w:shd w:val="clear" w:color="auto" w:fill="B6DDE8" w:themeFill="accent5" w:themeFillTint="66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6032A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ส่วนที่ </w:t>
      </w:r>
      <w:r w:rsidR="008D0F9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6032A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spellStart"/>
      <w:r w:rsidRPr="006032AF">
        <w:rPr>
          <w:rFonts w:ascii="TH SarabunPSK" w:hAnsi="TH SarabunPSK" w:cs="TH SarabunPSK"/>
          <w:b/>
          <w:bCs/>
          <w:sz w:val="32"/>
          <w:szCs w:val="32"/>
        </w:rPr>
        <w:t>ข้อมูลส่วนตัว</w:t>
      </w:r>
      <w:proofErr w:type="spellEnd"/>
      <w:r w:rsidR="00835CEF" w:rsidRPr="006032A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                                                                                                                   </w:t>
      </w:r>
    </w:p>
    <w:p w14:paraId="629B5725" w14:textId="29FA82E3" w:rsidR="009456CF" w:rsidRPr="006032AF" w:rsidRDefault="009456CF" w:rsidP="009456CF">
      <w:pPr>
        <w:spacing w:after="120"/>
        <w:rPr>
          <w:rFonts w:ascii="TH SarabunPSK" w:hAnsi="TH SarabunPSK" w:cs="TH SarabunPSK"/>
          <w:sz w:val="32"/>
          <w:szCs w:val="32"/>
        </w:rPr>
      </w:pPr>
      <w:r w:rsidRPr="006032AF">
        <w:rPr>
          <w:rFonts w:ascii="TH SarabunPSK" w:hAnsi="TH SarabunPSK" w:cs="TH SarabunPSK"/>
          <w:sz w:val="32"/>
          <w:szCs w:val="32"/>
        </w:rPr>
        <w:t xml:space="preserve">1. 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ชื่อ</w:t>
      </w:r>
      <w:proofErr w:type="spellEnd"/>
      <w:r w:rsidRPr="006032AF">
        <w:rPr>
          <w:rFonts w:ascii="TH SarabunPSK" w:hAnsi="TH SarabunPSK" w:cs="TH SarabunPSK"/>
          <w:sz w:val="32"/>
          <w:szCs w:val="32"/>
        </w:rPr>
        <w:t xml:space="preserve"> -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นามสกุล</w:t>
      </w:r>
      <w:proofErr w:type="spellEnd"/>
      <w:r w:rsidRPr="006032AF">
        <w:rPr>
          <w:rFonts w:ascii="TH SarabunPSK" w:hAnsi="TH SarabunPSK" w:cs="TH SarabunPSK"/>
          <w:sz w:val="32"/>
          <w:szCs w:val="32"/>
        </w:rPr>
        <w:t xml:space="preserve"> (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ภาษาไทย</w:t>
      </w:r>
      <w:proofErr w:type="spellEnd"/>
      <w:r w:rsidRPr="006032AF">
        <w:rPr>
          <w:rFonts w:ascii="TH SarabunPSK" w:hAnsi="TH SarabunPSK" w:cs="TH SarabunPSK"/>
          <w:sz w:val="32"/>
          <w:szCs w:val="32"/>
        </w:rPr>
        <w:t>) ..........................................................................................</w:t>
      </w:r>
      <w:r w:rsidR="00997ED8">
        <w:rPr>
          <w:rFonts w:ascii="TH SarabunPSK" w:hAnsi="TH SarabunPSK" w:cs="TH SarabunPSK"/>
          <w:sz w:val="32"/>
          <w:szCs w:val="32"/>
        </w:rPr>
        <w:t>.....</w:t>
      </w:r>
      <w:r w:rsidRPr="006032AF">
        <w:rPr>
          <w:rFonts w:ascii="TH SarabunPSK" w:hAnsi="TH SarabunPSK" w:cs="TH SarabunPSK"/>
          <w:sz w:val="32"/>
          <w:szCs w:val="32"/>
        </w:rPr>
        <w:t>...................</w:t>
      </w:r>
      <w:r w:rsidR="006032AF">
        <w:rPr>
          <w:rFonts w:ascii="TH SarabunPSK" w:hAnsi="TH SarabunPSK" w:cs="TH SarabunPSK"/>
          <w:sz w:val="32"/>
          <w:szCs w:val="32"/>
          <w:lang w:bidi="th-TH"/>
        </w:rPr>
        <w:t>................</w:t>
      </w:r>
      <w:r w:rsidRPr="006032AF">
        <w:rPr>
          <w:rFonts w:ascii="TH SarabunPSK" w:hAnsi="TH SarabunPSK" w:cs="TH SarabunPSK"/>
          <w:sz w:val="32"/>
          <w:szCs w:val="32"/>
        </w:rPr>
        <w:t>......</w:t>
      </w:r>
    </w:p>
    <w:p w14:paraId="7C6B176E" w14:textId="17D78765" w:rsidR="009456CF" w:rsidRPr="006032AF" w:rsidRDefault="009456CF" w:rsidP="009456CF">
      <w:pPr>
        <w:spacing w:after="120"/>
        <w:rPr>
          <w:rFonts w:ascii="TH SarabunPSK" w:hAnsi="TH SarabunPSK" w:cs="TH SarabunPSK"/>
          <w:sz w:val="32"/>
          <w:szCs w:val="32"/>
        </w:rPr>
      </w:pPr>
      <w:r w:rsidRPr="006032AF">
        <w:rPr>
          <w:rFonts w:ascii="TH SarabunPSK" w:hAnsi="TH SarabunPSK" w:cs="TH SarabunPSK"/>
          <w:sz w:val="32"/>
          <w:szCs w:val="32"/>
        </w:rPr>
        <w:t xml:space="preserve">    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ชื่อ</w:t>
      </w:r>
      <w:proofErr w:type="spellEnd"/>
      <w:r w:rsidRPr="006032AF">
        <w:rPr>
          <w:rFonts w:ascii="TH SarabunPSK" w:hAnsi="TH SarabunPSK" w:cs="TH SarabunPSK"/>
          <w:sz w:val="32"/>
          <w:szCs w:val="32"/>
        </w:rPr>
        <w:t xml:space="preserve"> -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นามสกุล</w:t>
      </w:r>
      <w:proofErr w:type="spellEnd"/>
      <w:r w:rsidRPr="006032AF">
        <w:rPr>
          <w:rFonts w:ascii="TH SarabunPSK" w:hAnsi="TH SarabunPSK" w:cs="TH SarabunPSK"/>
          <w:sz w:val="32"/>
          <w:szCs w:val="32"/>
        </w:rPr>
        <w:t xml:space="preserve"> (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ภาษาอังกฤษ</w:t>
      </w:r>
      <w:proofErr w:type="spellEnd"/>
      <w:r w:rsidRPr="006032AF">
        <w:rPr>
          <w:rFonts w:ascii="TH SarabunPSK" w:hAnsi="TH SarabunPSK" w:cs="TH SarabunPSK"/>
          <w:sz w:val="32"/>
          <w:szCs w:val="32"/>
        </w:rPr>
        <w:t>) ..................................................................................................</w:t>
      </w:r>
      <w:r w:rsidR="00997ED8">
        <w:rPr>
          <w:rFonts w:ascii="TH SarabunPSK" w:hAnsi="TH SarabunPSK" w:cs="TH SarabunPSK"/>
          <w:sz w:val="32"/>
          <w:szCs w:val="32"/>
        </w:rPr>
        <w:t>.....</w:t>
      </w:r>
      <w:r w:rsidRPr="006032AF">
        <w:rPr>
          <w:rFonts w:ascii="TH SarabunPSK" w:hAnsi="TH SarabunPSK" w:cs="TH SarabunPSK"/>
          <w:sz w:val="32"/>
          <w:szCs w:val="32"/>
        </w:rPr>
        <w:t>...............</w:t>
      </w:r>
      <w:r w:rsidR="006032AF">
        <w:rPr>
          <w:rFonts w:ascii="TH SarabunPSK" w:hAnsi="TH SarabunPSK" w:cs="TH SarabunPSK"/>
          <w:sz w:val="32"/>
          <w:szCs w:val="32"/>
        </w:rPr>
        <w:t>............</w:t>
      </w:r>
    </w:p>
    <w:p w14:paraId="336ED3DE" w14:textId="278FF8A1" w:rsidR="009456CF" w:rsidRPr="006032AF" w:rsidRDefault="009456CF" w:rsidP="009456CF">
      <w:pPr>
        <w:spacing w:after="120"/>
        <w:rPr>
          <w:rFonts w:ascii="TH SarabunPSK" w:hAnsi="TH SarabunPSK" w:cs="TH SarabunPSK"/>
          <w:sz w:val="32"/>
          <w:szCs w:val="32"/>
        </w:rPr>
      </w:pPr>
      <w:r w:rsidRPr="006032AF">
        <w:rPr>
          <w:rFonts w:ascii="TH SarabunPSK" w:hAnsi="TH SarabunPSK" w:cs="TH SarabunPSK"/>
          <w:sz w:val="32"/>
          <w:szCs w:val="32"/>
        </w:rPr>
        <w:t xml:space="preserve">2. 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เกิดวันที่</w:t>
      </w:r>
      <w:proofErr w:type="spellEnd"/>
      <w:r w:rsidRPr="006032AF">
        <w:rPr>
          <w:rFonts w:ascii="TH SarabunPSK" w:hAnsi="TH SarabunPSK" w:cs="TH SarabunPSK"/>
          <w:sz w:val="32"/>
          <w:szCs w:val="32"/>
        </w:rPr>
        <w:t xml:space="preserve"> </w:t>
      </w:r>
      <w:r w:rsidR="006032AF">
        <w:rPr>
          <w:rFonts w:ascii="TH SarabunPSK" w:hAnsi="TH SarabunPSK" w:cs="TH SarabunPSK"/>
          <w:sz w:val="32"/>
          <w:szCs w:val="32"/>
        </w:rPr>
        <w:t>….</w:t>
      </w:r>
      <w:r w:rsidRPr="006032AF">
        <w:rPr>
          <w:rFonts w:ascii="TH SarabunPSK" w:hAnsi="TH SarabunPSK" w:cs="TH SarabunPSK"/>
          <w:sz w:val="32"/>
          <w:szCs w:val="32"/>
        </w:rPr>
        <w:t>........... เดือน ...........</w:t>
      </w:r>
      <w:r w:rsidR="006032AF">
        <w:rPr>
          <w:rFonts w:ascii="TH SarabunPSK" w:hAnsi="TH SarabunPSK" w:cs="TH SarabunPSK"/>
          <w:sz w:val="32"/>
          <w:szCs w:val="32"/>
        </w:rPr>
        <w:t>..</w:t>
      </w:r>
      <w:r w:rsidR="00997ED8">
        <w:rPr>
          <w:rFonts w:ascii="TH SarabunPSK" w:hAnsi="TH SarabunPSK" w:cs="TH SarabunPSK"/>
          <w:sz w:val="32"/>
          <w:szCs w:val="32"/>
        </w:rPr>
        <w:t>..</w:t>
      </w:r>
      <w:r w:rsidR="006032AF">
        <w:rPr>
          <w:rFonts w:ascii="TH SarabunPSK" w:hAnsi="TH SarabunPSK" w:cs="TH SarabunPSK"/>
          <w:sz w:val="32"/>
          <w:szCs w:val="32"/>
        </w:rPr>
        <w:t>..</w:t>
      </w:r>
      <w:r w:rsidRPr="006032AF">
        <w:rPr>
          <w:rFonts w:ascii="TH SarabunPSK" w:hAnsi="TH SarabunPSK" w:cs="TH SarabunPSK"/>
          <w:sz w:val="32"/>
          <w:szCs w:val="32"/>
        </w:rPr>
        <w:t>................</w:t>
      </w:r>
      <w:r w:rsidR="006032AF">
        <w:rPr>
          <w:rFonts w:ascii="TH SarabunPSK" w:hAnsi="TH SarabunPSK" w:cs="TH SarabunPSK"/>
          <w:sz w:val="32"/>
          <w:szCs w:val="32"/>
        </w:rPr>
        <w:t>..</w:t>
      </w:r>
      <w:r w:rsidRPr="006032AF">
        <w:rPr>
          <w:rFonts w:ascii="TH SarabunPSK" w:hAnsi="TH SarabunPSK" w:cs="TH SarabunPSK"/>
          <w:sz w:val="32"/>
          <w:szCs w:val="32"/>
        </w:rPr>
        <w:t xml:space="preserve">.......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พ.ศ</w:t>
      </w:r>
      <w:proofErr w:type="spellEnd"/>
      <w:r w:rsidRPr="006032AF">
        <w:rPr>
          <w:rFonts w:ascii="TH SarabunPSK" w:hAnsi="TH SarabunPSK" w:cs="TH SarabunPSK"/>
          <w:sz w:val="32"/>
          <w:szCs w:val="32"/>
        </w:rPr>
        <w:t>. .............</w:t>
      </w:r>
      <w:r w:rsidR="006032AF">
        <w:rPr>
          <w:rFonts w:ascii="TH SarabunPSK" w:hAnsi="TH SarabunPSK" w:cs="TH SarabunPSK"/>
          <w:sz w:val="32"/>
          <w:szCs w:val="32"/>
        </w:rPr>
        <w:t>..</w:t>
      </w:r>
      <w:r w:rsidRPr="006032AF">
        <w:rPr>
          <w:rFonts w:ascii="TH SarabunPSK" w:hAnsi="TH SarabunPSK" w:cs="TH SarabunPSK"/>
          <w:sz w:val="32"/>
          <w:szCs w:val="32"/>
        </w:rPr>
        <w:t>.....</w:t>
      </w:r>
      <w:r w:rsidR="006032AF">
        <w:rPr>
          <w:rFonts w:ascii="TH SarabunPSK" w:hAnsi="TH SarabunPSK" w:cs="TH SarabunPSK"/>
          <w:sz w:val="32"/>
          <w:szCs w:val="32"/>
        </w:rPr>
        <w:t>..</w:t>
      </w:r>
      <w:r w:rsidRPr="006032AF">
        <w:rPr>
          <w:rFonts w:ascii="TH SarabunPSK" w:hAnsi="TH SarabunPSK" w:cs="TH SarabunPSK"/>
          <w:sz w:val="32"/>
          <w:szCs w:val="32"/>
        </w:rPr>
        <w:t xml:space="preserve">...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อายุ</w:t>
      </w:r>
      <w:proofErr w:type="spellEnd"/>
      <w:r w:rsidRPr="006032AF">
        <w:rPr>
          <w:rFonts w:ascii="TH SarabunPSK" w:hAnsi="TH SarabunPSK" w:cs="TH SarabunPSK"/>
          <w:sz w:val="32"/>
          <w:szCs w:val="32"/>
        </w:rPr>
        <w:t xml:space="preserve"> ......</w:t>
      </w:r>
      <w:r w:rsidR="006032AF">
        <w:rPr>
          <w:rFonts w:ascii="TH SarabunPSK" w:hAnsi="TH SarabunPSK" w:cs="TH SarabunPSK"/>
          <w:sz w:val="32"/>
          <w:szCs w:val="32"/>
        </w:rPr>
        <w:t>.</w:t>
      </w:r>
      <w:r w:rsidRPr="006032AF">
        <w:rPr>
          <w:rFonts w:ascii="TH SarabunPSK" w:hAnsi="TH SarabunPSK" w:cs="TH SarabunPSK"/>
          <w:sz w:val="32"/>
          <w:szCs w:val="32"/>
        </w:rPr>
        <w:t>.</w:t>
      </w:r>
      <w:r w:rsidR="006032AF">
        <w:rPr>
          <w:rFonts w:ascii="TH SarabunPSK" w:hAnsi="TH SarabunPSK" w:cs="TH SarabunPSK"/>
          <w:sz w:val="32"/>
          <w:szCs w:val="32"/>
        </w:rPr>
        <w:t>.</w:t>
      </w:r>
      <w:r w:rsidR="00997ED8">
        <w:rPr>
          <w:rFonts w:ascii="TH SarabunPSK" w:hAnsi="TH SarabunPSK" w:cs="TH SarabunPSK"/>
          <w:sz w:val="32"/>
          <w:szCs w:val="32"/>
        </w:rPr>
        <w:t>..</w:t>
      </w:r>
      <w:r w:rsidR="006032AF">
        <w:rPr>
          <w:rFonts w:ascii="TH SarabunPSK" w:hAnsi="TH SarabunPSK" w:cs="TH SarabunPSK"/>
          <w:sz w:val="32"/>
          <w:szCs w:val="32"/>
        </w:rPr>
        <w:t>..</w:t>
      </w:r>
      <w:r w:rsidRPr="006032AF">
        <w:rPr>
          <w:rFonts w:ascii="TH SarabunPSK" w:hAnsi="TH SarabunPSK" w:cs="TH SarabunPSK"/>
          <w:sz w:val="32"/>
          <w:szCs w:val="32"/>
        </w:rPr>
        <w:t xml:space="preserve">......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ปี</w:t>
      </w:r>
      <w:proofErr w:type="spellEnd"/>
      <w:r w:rsidRPr="006032AF">
        <w:rPr>
          <w:rFonts w:ascii="TH SarabunPSK" w:hAnsi="TH SarabunPSK" w:cs="TH SarabunPSK"/>
          <w:sz w:val="32"/>
          <w:szCs w:val="32"/>
        </w:rPr>
        <w:t xml:space="preserve"> ........</w:t>
      </w:r>
      <w:r w:rsidR="006032AF">
        <w:rPr>
          <w:rFonts w:ascii="TH SarabunPSK" w:hAnsi="TH SarabunPSK" w:cs="TH SarabunPSK"/>
          <w:sz w:val="32"/>
          <w:szCs w:val="32"/>
        </w:rPr>
        <w:t>....</w:t>
      </w:r>
      <w:r w:rsidRPr="006032AF">
        <w:rPr>
          <w:rFonts w:ascii="TH SarabunPSK" w:hAnsi="TH SarabunPSK" w:cs="TH SarabunPSK"/>
          <w:sz w:val="32"/>
          <w:szCs w:val="32"/>
        </w:rPr>
        <w:t>..... เดือน</w:t>
      </w:r>
    </w:p>
    <w:p w14:paraId="72F42B87" w14:textId="02E8F4D5" w:rsidR="009456CF" w:rsidRPr="006032AF" w:rsidRDefault="009456CF" w:rsidP="009456CF">
      <w:pPr>
        <w:spacing w:after="120"/>
        <w:rPr>
          <w:rFonts w:ascii="TH SarabunPSK" w:hAnsi="TH SarabunPSK" w:cs="TH SarabunPSK"/>
          <w:sz w:val="32"/>
          <w:szCs w:val="32"/>
        </w:rPr>
      </w:pPr>
      <w:r w:rsidRPr="006032AF">
        <w:rPr>
          <w:rFonts w:ascii="TH SarabunPSK" w:hAnsi="TH SarabunPSK" w:cs="TH SarabunPSK"/>
          <w:sz w:val="32"/>
          <w:szCs w:val="32"/>
        </w:rPr>
        <w:t xml:space="preserve">    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เชื้อชาติ</w:t>
      </w:r>
      <w:proofErr w:type="spellEnd"/>
      <w:r w:rsidRPr="006032AF">
        <w:rPr>
          <w:rFonts w:ascii="TH SarabunPSK" w:hAnsi="TH SarabunPSK" w:cs="TH SarabunPSK"/>
          <w:sz w:val="32"/>
          <w:szCs w:val="32"/>
        </w:rPr>
        <w:t xml:space="preserve"> .....</w:t>
      </w:r>
      <w:r w:rsidR="00997ED8">
        <w:rPr>
          <w:rFonts w:ascii="TH SarabunPSK" w:hAnsi="TH SarabunPSK" w:cs="TH SarabunPSK"/>
          <w:sz w:val="32"/>
          <w:szCs w:val="32"/>
        </w:rPr>
        <w:t>..</w:t>
      </w:r>
      <w:r w:rsidRPr="006032AF">
        <w:rPr>
          <w:rFonts w:ascii="TH SarabunPSK" w:hAnsi="TH SarabunPSK" w:cs="TH SarabunPSK"/>
          <w:sz w:val="32"/>
          <w:szCs w:val="32"/>
        </w:rPr>
        <w:t>...</w:t>
      </w:r>
      <w:r w:rsidR="006032AF">
        <w:rPr>
          <w:rFonts w:ascii="TH SarabunPSK" w:hAnsi="TH SarabunPSK" w:cs="TH SarabunPSK"/>
          <w:sz w:val="32"/>
          <w:szCs w:val="32"/>
        </w:rPr>
        <w:t>....</w:t>
      </w:r>
      <w:r w:rsidRPr="006032AF">
        <w:rPr>
          <w:rFonts w:ascii="TH SarabunPSK" w:hAnsi="TH SarabunPSK" w:cs="TH SarabunPSK"/>
          <w:sz w:val="32"/>
          <w:szCs w:val="32"/>
        </w:rPr>
        <w:t xml:space="preserve">.............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สัญชาติ</w:t>
      </w:r>
      <w:proofErr w:type="spellEnd"/>
      <w:r w:rsidRPr="006032AF">
        <w:rPr>
          <w:rFonts w:ascii="TH SarabunPSK" w:hAnsi="TH SarabunPSK" w:cs="TH SarabunPSK"/>
          <w:sz w:val="32"/>
          <w:szCs w:val="32"/>
        </w:rPr>
        <w:t xml:space="preserve"> .........</w:t>
      </w:r>
      <w:r w:rsidR="006032AF">
        <w:rPr>
          <w:rFonts w:ascii="TH SarabunPSK" w:hAnsi="TH SarabunPSK" w:cs="TH SarabunPSK"/>
          <w:sz w:val="32"/>
          <w:szCs w:val="32"/>
        </w:rPr>
        <w:t>...</w:t>
      </w:r>
      <w:r w:rsidRPr="006032AF">
        <w:rPr>
          <w:rFonts w:ascii="TH SarabunPSK" w:hAnsi="TH SarabunPSK" w:cs="TH SarabunPSK"/>
          <w:sz w:val="32"/>
          <w:szCs w:val="32"/>
        </w:rPr>
        <w:t>.</w:t>
      </w:r>
      <w:r w:rsidR="00997ED8">
        <w:rPr>
          <w:rFonts w:ascii="TH SarabunPSK" w:hAnsi="TH SarabunPSK" w:cs="TH SarabunPSK"/>
          <w:sz w:val="32"/>
          <w:szCs w:val="32"/>
        </w:rPr>
        <w:t>.</w:t>
      </w:r>
      <w:r w:rsidRPr="006032AF">
        <w:rPr>
          <w:rFonts w:ascii="TH SarabunPSK" w:hAnsi="TH SarabunPSK" w:cs="TH SarabunPSK"/>
          <w:sz w:val="32"/>
          <w:szCs w:val="32"/>
        </w:rPr>
        <w:t>..</w:t>
      </w:r>
      <w:r w:rsidR="006032AF">
        <w:rPr>
          <w:rFonts w:ascii="TH SarabunPSK" w:hAnsi="TH SarabunPSK" w:cs="TH SarabunPSK"/>
          <w:sz w:val="32"/>
          <w:szCs w:val="32"/>
        </w:rPr>
        <w:t>..</w:t>
      </w:r>
      <w:r w:rsidRPr="006032AF">
        <w:rPr>
          <w:rFonts w:ascii="TH SarabunPSK" w:hAnsi="TH SarabunPSK" w:cs="TH SarabunPSK"/>
          <w:sz w:val="32"/>
          <w:szCs w:val="32"/>
        </w:rPr>
        <w:t xml:space="preserve">..........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บัตรประจำตัวประชาชน</w:t>
      </w:r>
      <w:proofErr w:type="spellEnd"/>
      <w:r w:rsidRPr="006032AF">
        <w:rPr>
          <w:rFonts w:ascii="TH SarabunPSK" w:hAnsi="TH SarabunPSK" w:cs="TH SarabunPSK"/>
          <w:sz w:val="32"/>
          <w:szCs w:val="32"/>
        </w:rPr>
        <w:t xml:space="preserve"> เลขที่……..............</w:t>
      </w:r>
      <w:r w:rsidR="006032AF">
        <w:rPr>
          <w:rFonts w:ascii="TH SarabunPSK" w:hAnsi="TH SarabunPSK" w:cs="TH SarabunPSK"/>
          <w:sz w:val="32"/>
          <w:szCs w:val="32"/>
        </w:rPr>
        <w:t>...</w:t>
      </w:r>
      <w:r w:rsidRPr="006032AF">
        <w:rPr>
          <w:rFonts w:ascii="TH SarabunPSK" w:hAnsi="TH SarabunPSK" w:cs="TH SarabunPSK"/>
          <w:sz w:val="32"/>
          <w:szCs w:val="32"/>
        </w:rPr>
        <w:t>....................</w:t>
      </w:r>
    </w:p>
    <w:p w14:paraId="1C36E064" w14:textId="4E14B3C6" w:rsidR="009456CF" w:rsidRPr="006032AF" w:rsidRDefault="009456CF" w:rsidP="009456CF">
      <w:pPr>
        <w:spacing w:after="120"/>
        <w:rPr>
          <w:rFonts w:ascii="TH SarabunPSK" w:hAnsi="TH SarabunPSK" w:cs="TH SarabunPSK"/>
          <w:sz w:val="32"/>
          <w:szCs w:val="32"/>
        </w:rPr>
      </w:pPr>
      <w:r w:rsidRPr="006032AF">
        <w:rPr>
          <w:rFonts w:ascii="TH SarabunPSK" w:hAnsi="TH SarabunPSK" w:cs="TH SarabunPSK"/>
          <w:sz w:val="32"/>
          <w:szCs w:val="32"/>
        </w:rPr>
        <w:t xml:space="preserve">    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วันออกบัตร</w:t>
      </w:r>
      <w:proofErr w:type="spellEnd"/>
      <w:r w:rsidRPr="006032AF">
        <w:rPr>
          <w:rFonts w:ascii="TH SarabunPSK" w:hAnsi="TH SarabunPSK" w:cs="TH SarabunPSK"/>
          <w:sz w:val="32"/>
          <w:szCs w:val="32"/>
        </w:rPr>
        <w:t xml:space="preserve"> .....................</w:t>
      </w:r>
      <w:r w:rsidR="006032AF">
        <w:rPr>
          <w:rFonts w:ascii="TH SarabunPSK" w:hAnsi="TH SarabunPSK" w:cs="TH SarabunPSK"/>
          <w:sz w:val="32"/>
          <w:szCs w:val="32"/>
        </w:rPr>
        <w:t>..</w:t>
      </w:r>
      <w:r w:rsidRPr="006032AF">
        <w:rPr>
          <w:rFonts w:ascii="TH SarabunPSK" w:hAnsi="TH SarabunPSK" w:cs="TH SarabunPSK"/>
          <w:sz w:val="32"/>
          <w:szCs w:val="32"/>
        </w:rPr>
        <w:t>...........</w:t>
      </w:r>
      <w:r w:rsidR="006032AF">
        <w:rPr>
          <w:rFonts w:ascii="TH SarabunPSK" w:hAnsi="TH SarabunPSK" w:cs="TH SarabunPSK"/>
          <w:sz w:val="32"/>
          <w:szCs w:val="32"/>
        </w:rPr>
        <w:t>..</w:t>
      </w:r>
      <w:r w:rsidRPr="006032AF">
        <w:rPr>
          <w:rFonts w:ascii="TH SarabunPSK" w:hAnsi="TH SarabunPSK" w:cs="TH SarabunPSK"/>
          <w:sz w:val="32"/>
          <w:szCs w:val="32"/>
        </w:rPr>
        <w:t>...</w:t>
      </w:r>
      <w:r w:rsidR="006032AF">
        <w:rPr>
          <w:rFonts w:ascii="TH SarabunPSK" w:hAnsi="TH SarabunPSK" w:cs="TH SarabunPSK"/>
          <w:sz w:val="32"/>
          <w:szCs w:val="32"/>
        </w:rPr>
        <w:t>.</w:t>
      </w:r>
      <w:r w:rsidRPr="006032AF">
        <w:rPr>
          <w:rFonts w:ascii="TH SarabunPSK" w:hAnsi="TH SarabunPSK" w:cs="TH SarabunPSK"/>
          <w:sz w:val="32"/>
          <w:szCs w:val="32"/>
        </w:rPr>
        <w:t>...............</w:t>
      </w:r>
      <w:r w:rsidR="00997ED8">
        <w:rPr>
          <w:rFonts w:ascii="TH SarabunPSK" w:hAnsi="TH SarabunPSK" w:cs="TH SarabunPSK"/>
          <w:sz w:val="32"/>
          <w:szCs w:val="32"/>
          <w:lang w:bidi="th-TH"/>
        </w:rPr>
        <w:t>...</w:t>
      </w:r>
      <w:r w:rsidRPr="006032AF">
        <w:rPr>
          <w:rFonts w:ascii="TH SarabunPSK" w:hAnsi="TH SarabunPSK" w:cs="TH SarabunPSK"/>
          <w:sz w:val="32"/>
          <w:szCs w:val="32"/>
        </w:rPr>
        <w:t xml:space="preserve">...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วันบัตรหมดอายุ</w:t>
      </w:r>
      <w:proofErr w:type="spellEnd"/>
      <w:r w:rsidRPr="006032AF">
        <w:rPr>
          <w:rFonts w:ascii="TH SarabunPSK" w:hAnsi="TH SarabunPSK" w:cs="TH SarabunPSK"/>
          <w:sz w:val="32"/>
          <w:szCs w:val="32"/>
        </w:rPr>
        <w:t xml:space="preserve"> ......</w:t>
      </w:r>
      <w:r w:rsidR="006032AF">
        <w:rPr>
          <w:rFonts w:ascii="TH SarabunPSK" w:hAnsi="TH SarabunPSK" w:cs="TH SarabunPSK"/>
          <w:sz w:val="32"/>
          <w:szCs w:val="32"/>
        </w:rPr>
        <w:t>.......</w:t>
      </w:r>
      <w:r w:rsidRPr="006032AF">
        <w:rPr>
          <w:rFonts w:ascii="TH SarabunPSK" w:hAnsi="TH SarabunPSK" w:cs="TH SarabunPSK"/>
          <w:sz w:val="32"/>
          <w:szCs w:val="32"/>
        </w:rPr>
        <w:t>............</w:t>
      </w:r>
      <w:r w:rsidR="006032AF">
        <w:rPr>
          <w:rFonts w:ascii="TH SarabunPSK" w:hAnsi="TH SarabunPSK" w:cs="TH SarabunPSK"/>
          <w:sz w:val="32"/>
          <w:szCs w:val="32"/>
        </w:rPr>
        <w:t>.</w:t>
      </w:r>
      <w:r w:rsidRPr="006032AF">
        <w:rPr>
          <w:rFonts w:ascii="TH SarabunPSK" w:hAnsi="TH SarabunPSK" w:cs="TH SarabunPSK"/>
          <w:sz w:val="32"/>
          <w:szCs w:val="32"/>
        </w:rPr>
        <w:t>..........</w:t>
      </w:r>
      <w:r w:rsidR="00997ED8">
        <w:rPr>
          <w:rFonts w:ascii="TH SarabunPSK" w:hAnsi="TH SarabunPSK" w:cs="TH SarabunPSK"/>
          <w:sz w:val="32"/>
          <w:szCs w:val="32"/>
        </w:rPr>
        <w:t>...</w:t>
      </w:r>
      <w:r w:rsidRPr="006032AF">
        <w:rPr>
          <w:rFonts w:ascii="TH SarabunPSK" w:hAnsi="TH SarabunPSK" w:cs="TH SarabunPSK"/>
          <w:sz w:val="32"/>
          <w:szCs w:val="32"/>
        </w:rPr>
        <w:t>...................</w:t>
      </w:r>
      <w:r w:rsidR="00997ED8">
        <w:rPr>
          <w:rFonts w:ascii="TH SarabunPSK" w:hAnsi="TH SarabunPSK" w:cs="TH SarabunPSK"/>
          <w:sz w:val="32"/>
          <w:szCs w:val="32"/>
        </w:rPr>
        <w:t>.</w:t>
      </w:r>
      <w:r w:rsidRPr="006032AF">
        <w:rPr>
          <w:rFonts w:ascii="TH SarabunPSK" w:hAnsi="TH SarabunPSK" w:cs="TH SarabunPSK"/>
          <w:sz w:val="32"/>
          <w:szCs w:val="32"/>
        </w:rPr>
        <w:t>........</w:t>
      </w:r>
    </w:p>
    <w:p w14:paraId="2D1D2FFB" w14:textId="77777777" w:rsidR="009456CF" w:rsidRPr="006032AF" w:rsidRDefault="009456CF" w:rsidP="009456CF">
      <w:pPr>
        <w:spacing w:after="120"/>
        <w:rPr>
          <w:rFonts w:ascii="TH SarabunPSK" w:hAnsi="TH SarabunPSK" w:cs="TH SarabunPSK"/>
          <w:sz w:val="32"/>
          <w:szCs w:val="32"/>
        </w:rPr>
      </w:pPr>
      <w:r w:rsidRPr="006032AF">
        <w:rPr>
          <w:rFonts w:ascii="TH SarabunPSK" w:hAnsi="TH SarabunPSK" w:cs="TH SarabunPSK"/>
          <w:sz w:val="32"/>
          <w:szCs w:val="32"/>
        </w:rPr>
        <w:t xml:space="preserve">3. 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ที่อยู่ปัจจุบันที่สามารถติดต่อได้สะดวกที่สุด</w:t>
      </w:r>
      <w:proofErr w:type="spellEnd"/>
      <w:r w:rsidRPr="006032AF">
        <w:rPr>
          <w:rFonts w:ascii="TH SarabunPSK" w:hAnsi="TH SarabunPSK" w:cs="TH SarabunPSK"/>
          <w:sz w:val="32"/>
          <w:szCs w:val="32"/>
        </w:rPr>
        <w:t xml:space="preserve"> (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กรุณากรอกรายละเอียดให้ชัดเจน</w:t>
      </w:r>
      <w:proofErr w:type="spellEnd"/>
      <w:r w:rsidRPr="006032AF">
        <w:rPr>
          <w:rFonts w:ascii="TH SarabunPSK" w:hAnsi="TH SarabunPSK" w:cs="TH SarabunPSK"/>
          <w:sz w:val="32"/>
          <w:szCs w:val="32"/>
        </w:rPr>
        <w:t>)</w:t>
      </w:r>
    </w:p>
    <w:p w14:paraId="53C67232" w14:textId="5915B8B1" w:rsidR="009456CF" w:rsidRPr="006032AF" w:rsidRDefault="009456CF" w:rsidP="009456CF">
      <w:pPr>
        <w:spacing w:after="120"/>
        <w:rPr>
          <w:rFonts w:ascii="TH SarabunPSK" w:hAnsi="TH SarabunPSK" w:cs="TH SarabunPSK"/>
          <w:sz w:val="32"/>
          <w:szCs w:val="32"/>
        </w:rPr>
      </w:pPr>
      <w:r w:rsidRPr="006032AF">
        <w:rPr>
          <w:rFonts w:ascii="TH SarabunPSK" w:hAnsi="TH SarabunPSK" w:cs="TH SarabunPSK"/>
          <w:sz w:val="32"/>
          <w:szCs w:val="32"/>
        </w:rPr>
        <w:t xml:space="preserve">    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บ้านเลขที่</w:t>
      </w:r>
      <w:proofErr w:type="spellEnd"/>
      <w:r w:rsidRPr="006032AF">
        <w:rPr>
          <w:rFonts w:ascii="TH SarabunPSK" w:hAnsi="TH SarabunPSK" w:cs="TH SarabunPSK"/>
          <w:sz w:val="32"/>
          <w:szCs w:val="32"/>
        </w:rPr>
        <w:t xml:space="preserve"> ........</w:t>
      </w:r>
      <w:r w:rsidR="00997ED8">
        <w:rPr>
          <w:rFonts w:ascii="TH SarabunPSK" w:hAnsi="TH SarabunPSK" w:cs="TH SarabunPSK"/>
          <w:sz w:val="32"/>
          <w:szCs w:val="32"/>
        </w:rPr>
        <w:t>....</w:t>
      </w:r>
      <w:r w:rsidRPr="006032AF">
        <w:rPr>
          <w:rFonts w:ascii="TH SarabunPSK" w:hAnsi="TH SarabunPSK" w:cs="TH SarabunPSK"/>
          <w:sz w:val="32"/>
          <w:szCs w:val="32"/>
        </w:rPr>
        <w:t>.</w:t>
      </w:r>
      <w:r w:rsidR="006032AF">
        <w:rPr>
          <w:rFonts w:ascii="TH SarabunPSK" w:hAnsi="TH SarabunPSK" w:cs="TH SarabunPSK"/>
          <w:sz w:val="32"/>
          <w:szCs w:val="32"/>
        </w:rPr>
        <w:t>.</w:t>
      </w:r>
      <w:r w:rsidRPr="006032AF">
        <w:rPr>
          <w:rFonts w:ascii="TH SarabunPSK" w:hAnsi="TH SarabunPSK" w:cs="TH SarabunPSK"/>
          <w:sz w:val="32"/>
          <w:szCs w:val="32"/>
        </w:rPr>
        <w:t xml:space="preserve">............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หมู่ที่</w:t>
      </w:r>
      <w:proofErr w:type="spellEnd"/>
      <w:r w:rsidRPr="006032AF">
        <w:rPr>
          <w:rFonts w:ascii="TH SarabunPSK" w:hAnsi="TH SarabunPSK" w:cs="TH SarabunPSK"/>
          <w:sz w:val="32"/>
          <w:szCs w:val="32"/>
        </w:rPr>
        <w:t xml:space="preserve"> ....................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หมู่บ้าน</w:t>
      </w:r>
      <w:proofErr w:type="spellEnd"/>
      <w:r w:rsidRPr="006032AF">
        <w:rPr>
          <w:rFonts w:ascii="TH SarabunPSK" w:hAnsi="TH SarabunPSK" w:cs="TH SarabunPSK"/>
          <w:sz w:val="32"/>
          <w:szCs w:val="32"/>
        </w:rPr>
        <w:t xml:space="preserve"> ...........................</w:t>
      </w:r>
      <w:r w:rsidR="006032AF">
        <w:rPr>
          <w:rFonts w:ascii="TH SarabunPSK" w:hAnsi="TH SarabunPSK" w:cs="TH SarabunPSK"/>
          <w:sz w:val="32"/>
          <w:szCs w:val="32"/>
        </w:rPr>
        <w:t>.............</w:t>
      </w:r>
      <w:r w:rsidRPr="006032AF">
        <w:rPr>
          <w:rFonts w:ascii="TH SarabunPSK" w:hAnsi="TH SarabunPSK" w:cs="TH SarabunPSK"/>
          <w:sz w:val="32"/>
          <w:szCs w:val="32"/>
        </w:rPr>
        <w:t>................................................</w:t>
      </w:r>
    </w:p>
    <w:p w14:paraId="7F17C2F9" w14:textId="09CE377C" w:rsidR="009456CF" w:rsidRPr="006032AF" w:rsidRDefault="009456CF" w:rsidP="009456CF">
      <w:pPr>
        <w:spacing w:after="120"/>
        <w:rPr>
          <w:rFonts w:ascii="TH SarabunPSK" w:hAnsi="TH SarabunPSK" w:cs="TH SarabunPSK"/>
          <w:sz w:val="32"/>
          <w:szCs w:val="32"/>
        </w:rPr>
      </w:pPr>
      <w:r w:rsidRPr="006032AF">
        <w:rPr>
          <w:rFonts w:ascii="TH SarabunPSK" w:hAnsi="TH SarabunPSK" w:cs="TH SarabunPSK"/>
          <w:sz w:val="32"/>
          <w:szCs w:val="32"/>
        </w:rPr>
        <w:t xml:space="preserve">    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ตรอก</w:t>
      </w:r>
      <w:proofErr w:type="spellEnd"/>
      <w:r w:rsidRPr="006032AF">
        <w:rPr>
          <w:rFonts w:ascii="TH SarabunPSK" w:hAnsi="TH SarabunPSK" w:cs="TH SarabunPSK"/>
          <w:sz w:val="32"/>
          <w:szCs w:val="32"/>
        </w:rPr>
        <w:t>/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ซอย</w:t>
      </w:r>
      <w:proofErr w:type="spellEnd"/>
      <w:r w:rsidRPr="006032AF">
        <w:rPr>
          <w:rFonts w:ascii="TH SarabunPSK" w:hAnsi="TH SarabunPSK" w:cs="TH SarabunPSK"/>
          <w:sz w:val="32"/>
          <w:szCs w:val="32"/>
        </w:rPr>
        <w:t xml:space="preserve"> ...................</w:t>
      </w:r>
      <w:r w:rsidR="006032AF">
        <w:rPr>
          <w:rFonts w:ascii="TH SarabunPSK" w:hAnsi="TH SarabunPSK" w:cs="TH SarabunPSK"/>
          <w:sz w:val="32"/>
          <w:szCs w:val="32"/>
        </w:rPr>
        <w:t>...</w:t>
      </w:r>
      <w:r w:rsidRPr="006032AF">
        <w:rPr>
          <w:rFonts w:ascii="TH SarabunPSK" w:hAnsi="TH SarabunPSK" w:cs="TH SarabunPSK"/>
          <w:sz w:val="32"/>
          <w:szCs w:val="32"/>
        </w:rPr>
        <w:t xml:space="preserve">..................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ถนน</w:t>
      </w:r>
      <w:proofErr w:type="spellEnd"/>
      <w:r w:rsidRPr="006032AF">
        <w:rPr>
          <w:rFonts w:ascii="TH SarabunPSK" w:hAnsi="TH SarabunPSK" w:cs="TH SarabunPSK"/>
          <w:sz w:val="32"/>
          <w:szCs w:val="32"/>
        </w:rPr>
        <w:t xml:space="preserve"> ..........</w:t>
      </w:r>
      <w:r w:rsidR="006032AF">
        <w:rPr>
          <w:rFonts w:ascii="TH SarabunPSK" w:hAnsi="TH SarabunPSK" w:cs="TH SarabunPSK"/>
          <w:sz w:val="32"/>
          <w:szCs w:val="32"/>
        </w:rPr>
        <w:t>....</w:t>
      </w:r>
      <w:r w:rsidRPr="006032AF">
        <w:rPr>
          <w:rFonts w:ascii="TH SarabunPSK" w:hAnsi="TH SarabunPSK" w:cs="TH SarabunPSK"/>
          <w:sz w:val="32"/>
          <w:szCs w:val="32"/>
        </w:rPr>
        <w:t>................</w:t>
      </w:r>
      <w:r w:rsidR="00997ED8">
        <w:rPr>
          <w:rFonts w:ascii="TH SarabunPSK" w:hAnsi="TH SarabunPSK" w:cs="TH SarabunPSK"/>
          <w:sz w:val="32"/>
          <w:szCs w:val="32"/>
        </w:rPr>
        <w:t>.</w:t>
      </w:r>
      <w:r w:rsidRPr="006032AF">
        <w:rPr>
          <w:rFonts w:ascii="TH SarabunPSK" w:hAnsi="TH SarabunPSK" w:cs="TH SarabunPSK"/>
          <w:sz w:val="32"/>
          <w:szCs w:val="32"/>
        </w:rPr>
        <w:t xml:space="preserve">...........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ตำบล</w:t>
      </w:r>
      <w:proofErr w:type="spellEnd"/>
      <w:r w:rsidRPr="006032AF">
        <w:rPr>
          <w:rFonts w:ascii="TH SarabunPSK" w:hAnsi="TH SarabunPSK" w:cs="TH SarabunPSK"/>
          <w:sz w:val="32"/>
          <w:szCs w:val="32"/>
        </w:rPr>
        <w:t>/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แขวง</w:t>
      </w:r>
      <w:proofErr w:type="spellEnd"/>
      <w:r w:rsidRPr="006032AF">
        <w:rPr>
          <w:rFonts w:ascii="TH SarabunPSK" w:hAnsi="TH SarabunPSK" w:cs="TH SarabunPSK"/>
          <w:sz w:val="32"/>
          <w:szCs w:val="32"/>
        </w:rPr>
        <w:t>............</w:t>
      </w:r>
      <w:r w:rsidR="006032AF">
        <w:rPr>
          <w:rFonts w:ascii="TH SarabunPSK" w:hAnsi="TH SarabunPSK" w:cs="TH SarabunPSK"/>
          <w:sz w:val="32"/>
          <w:szCs w:val="32"/>
        </w:rPr>
        <w:t>......</w:t>
      </w:r>
      <w:r w:rsidRPr="006032AF">
        <w:rPr>
          <w:rFonts w:ascii="TH SarabunPSK" w:hAnsi="TH SarabunPSK" w:cs="TH SarabunPSK"/>
          <w:sz w:val="32"/>
          <w:szCs w:val="32"/>
        </w:rPr>
        <w:t>.....</w:t>
      </w:r>
      <w:r w:rsidR="00997ED8">
        <w:rPr>
          <w:rFonts w:ascii="TH SarabunPSK" w:hAnsi="TH SarabunPSK" w:cs="TH SarabunPSK"/>
          <w:sz w:val="32"/>
          <w:szCs w:val="32"/>
        </w:rPr>
        <w:t>..</w:t>
      </w:r>
      <w:r w:rsidRPr="006032AF">
        <w:rPr>
          <w:rFonts w:ascii="TH SarabunPSK" w:hAnsi="TH SarabunPSK" w:cs="TH SarabunPSK"/>
          <w:sz w:val="32"/>
          <w:szCs w:val="32"/>
        </w:rPr>
        <w:t>...................</w:t>
      </w:r>
    </w:p>
    <w:p w14:paraId="4D9FD05A" w14:textId="6461A372" w:rsidR="009456CF" w:rsidRPr="006032AF" w:rsidRDefault="009456CF" w:rsidP="009456CF">
      <w:pPr>
        <w:spacing w:after="120"/>
        <w:rPr>
          <w:rFonts w:ascii="TH SarabunPSK" w:hAnsi="TH SarabunPSK" w:cs="TH SarabunPSK"/>
          <w:sz w:val="32"/>
          <w:szCs w:val="32"/>
        </w:rPr>
      </w:pPr>
      <w:r w:rsidRPr="006032AF">
        <w:rPr>
          <w:rFonts w:ascii="TH SarabunPSK" w:hAnsi="TH SarabunPSK" w:cs="TH SarabunPSK"/>
          <w:sz w:val="32"/>
          <w:szCs w:val="32"/>
        </w:rPr>
        <w:t xml:space="preserve">    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อำเภอ</w:t>
      </w:r>
      <w:proofErr w:type="spellEnd"/>
      <w:r w:rsidRPr="006032AF">
        <w:rPr>
          <w:rFonts w:ascii="TH SarabunPSK" w:hAnsi="TH SarabunPSK" w:cs="TH SarabunPSK"/>
          <w:sz w:val="32"/>
          <w:szCs w:val="32"/>
        </w:rPr>
        <w:t>/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เขต</w:t>
      </w:r>
      <w:proofErr w:type="spellEnd"/>
      <w:r w:rsidRPr="006032AF">
        <w:rPr>
          <w:rFonts w:ascii="TH SarabunPSK" w:hAnsi="TH SarabunPSK" w:cs="TH SarabunPSK"/>
          <w:sz w:val="32"/>
          <w:szCs w:val="32"/>
        </w:rPr>
        <w:t xml:space="preserve"> ....................</w:t>
      </w:r>
      <w:r w:rsidR="006032AF">
        <w:rPr>
          <w:rFonts w:ascii="TH SarabunPSK" w:hAnsi="TH SarabunPSK" w:cs="TH SarabunPSK"/>
          <w:sz w:val="32"/>
          <w:szCs w:val="32"/>
        </w:rPr>
        <w:t>...</w:t>
      </w:r>
      <w:r w:rsidRPr="006032AF">
        <w:rPr>
          <w:rFonts w:ascii="TH SarabunPSK" w:hAnsi="TH SarabunPSK" w:cs="TH SarabunPSK"/>
          <w:sz w:val="32"/>
          <w:szCs w:val="32"/>
        </w:rPr>
        <w:t xml:space="preserve">..................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จังหวัด</w:t>
      </w:r>
      <w:proofErr w:type="spellEnd"/>
      <w:r w:rsidRPr="006032AF">
        <w:rPr>
          <w:rFonts w:ascii="TH SarabunPSK" w:hAnsi="TH SarabunPSK" w:cs="TH SarabunPSK"/>
          <w:sz w:val="32"/>
          <w:szCs w:val="32"/>
        </w:rPr>
        <w:t xml:space="preserve"> ...............................</w:t>
      </w:r>
      <w:r w:rsidR="006032AF">
        <w:rPr>
          <w:rFonts w:ascii="TH SarabunPSK" w:hAnsi="TH SarabunPSK" w:cs="TH SarabunPSK"/>
          <w:sz w:val="32"/>
          <w:szCs w:val="32"/>
        </w:rPr>
        <w:t>......</w:t>
      </w:r>
      <w:r w:rsidRPr="006032AF">
        <w:rPr>
          <w:rFonts w:ascii="TH SarabunPSK" w:hAnsi="TH SarabunPSK" w:cs="TH SarabunPSK"/>
          <w:sz w:val="32"/>
          <w:szCs w:val="32"/>
        </w:rPr>
        <w:t xml:space="preserve">.........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รหัสไปรษณีย์</w:t>
      </w:r>
      <w:proofErr w:type="spellEnd"/>
      <w:r w:rsidRPr="006032AF">
        <w:rPr>
          <w:rFonts w:ascii="TH SarabunPSK" w:hAnsi="TH SarabunPSK" w:cs="TH SarabunPSK"/>
          <w:sz w:val="32"/>
          <w:szCs w:val="32"/>
        </w:rPr>
        <w:t xml:space="preserve"> ............</w:t>
      </w:r>
      <w:r w:rsidR="00997ED8">
        <w:rPr>
          <w:rFonts w:ascii="TH SarabunPSK" w:hAnsi="TH SarabunPSK" w:cs="TH SarabunPSK"/>
          <w:sz w:val="32"/>
          <w:szCs w:val="32"/>
        </w:rPr>
        <w:t>...</w:t>
      </w:r>
      <w:r w:rsidRPr="006032AF">
        <w:rPr>
          <w:rFonts w:ascii="TH SarabunPSK" w:hAnsi="TH SarabunPSK" w:cs="TH SarabunPSK"/>
          <w:sz w:val="32"/>
          <w:szCs w:val="32"/>
        </w:rPr>
        <w:t>.</w:t>
      </w:r>
      <w:r w:rsidR="006032AF">
        <w:rPr>
          <w:rFonts w:ascii="TH SarabunPSK" w:hAnsi="TH SarabunPSK" w:cs="TH SarabunPSK"/>
          <w:sz w:val="32"/>
          <w:szCs w:val="32"/>
        </w:rPr>
        <w:t>..</w:t>
      </w:r>
      <w:r w:rsidRPr="006032AF">
        <w:rPr>
          <w:rFonts w:ascii="TH SarabunPSK" w:hAnsi="TH SarabunPSK" w:cs="TH SarabunPSK"/>
          <w:sz w:val="32"/>
          <w:szCs w:val="32"/>
        </w:rPr>
        <w:t>..............</w:t>
      </w:r>
    </w:p>
    <w:p w14:paraId="0708FD51" w14:textId="53E6DCF9" w:rsidR="009456CF" w:rsidRPr="006032AF" w:rsidRDefault="009456CF" w:rsidP="009456CF">
      <w:pPr>
        <w:spacing w:after="120"/>
        <w:rPr>
          <w:rFonts w:ascii="TH SarabunPSK" w:hAnsi="TH SarabunPSK" w:cs="TH SarabunPSK"/>
          <w:sz w:val="32"/>
          <w:szCs w:val="32"/>
        </w:rPr>
      </w:pPr>
      <w:r w:rsidRPr="006032AF">
        <w:rPr>
          <w:rFonts w:ascii="TH SarabunPSK" w:hAnsi="TH SarabunPSK" w:cs="TH SarabunPSK"/>
          <w:sz w:val="32"/>
          <w:szCs w:val="32"/>
        </w:rPr>
        <w:t xml:space="preserve">    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หมายเลขโทรศัพท์</w:t>
      </w:r>
      <w:proofErr w:type="spellEnd"/>
      <w:r w:rsidRPr="006032AF">
        <w:rPr>
          <w:rFonts w:ascii="TH SarabunPSK" w:hAnsi="TH SarabunPSK" w:cs="TH SarabunPSK"/>
          <w:sz w:val="32"/>
          <w:szCs w:val="32"/>
        </w:rPr>
        <w:t xml:space="preserve"> ..............................</w:t>
      </w:r>
      <w:r w:rsidR="00997ED8">
        <w:rPr>
          <w:rFonts w:ascii="TH SarabunPSK" w:hAnsi="TH SarabunPSK" w:cs="TH SarabunPSK"/>
          <w:sz w:val="32"/>
          <w:szCs w:val="32"/>
        </w:rPr>
        <w:t>..</w:t>
      </w:r>
      <w:r w:rsidRPr="006032AF">
        <w:rPr>
          <w:rFonts w:ascii="TH SarabunPSK" w:hAnsi="TH SarabunPSK" w:cs="TH SarabunPSK"/>
          <w:sz w:val="32"/>
          <w:szCs w:val="32"/>
        </w:rPr>
        <w:t>......... E-mail ..........</w:t>
      </w:r>
      <w:r w:rsidR="006032AF">
        <w:rPr>
          <w:rFonts w:ascii="TH SarabunPSK" w:hAnsi="TH SarabunPSK" w:cs="TH SarabunPSK"/>
          <w:sz w:val="32"/>
          <w:szCs w:val="32"/>
        </w:rPr>
        <w:t>..............</w:t>
      </w:r>
      <w:r w:rsidRPr="006032AF">
        <w:rPr>
          <w:rFonts w:ascii="TH SarabunPSK" w:hAnsi="TH SarabunPSK" w:cs="TH SarabunPSK"/>
          <w:sz w:val="32"/>
          <w:szCs w:val="32"/>
        </w:rPr>
        <w:t>...............................................</w:t>
      </w:r>
      <w:r w:rsidR="00997ED8">
        <w:rPr>
          <w:rFonts w:ascii="TH SarabunPSK" w:hAnsi="TH SarabunPSK" w:cs="TH SarabunPSK"/>
          <w:sz w:val="32"/>
          <w:szCs w:val="32"/>
        </w:rPr>
        <w:t>.</w:t>
      </w:r>
      <w:r w:rsidRPr="006032AF">
        <w:rPr>
          <w:rFonts w:ascii="TH SarabunPSK" w:hAnsi="TH SarabunPSK" w:cs="TH SarabunPSK"/>
          <w:sz w:val="32"/>
          <w:szCs w:val="32"/>
        </w:rPr>
        <w:t>...................</w:t>
      </w:r>
    </w:p>
    <w:p w14:paraId="7EEAC01F" w14:textId="6E6CA3DD" w:rsidR="009456CF" w:rsidRPr="006032AF" w:rsidRDefault="009456CF" w:rsidP="009456CF">
      <w:pPr>
        <w:spacing w:after="120"/>
        <w:rPr>
          <w:rFonts w:ascii="TH SarabunPSK" w:hAnsi="TH SarabunPSK" w:cs="TH SarabunPSK"/>
          <w:sz w:val="32"/>
          <w:szCs w:val="32"/>
        </w:rPr>
      </w:pPr>
      <w:r w:rsidRPr="006032AF">
        <w:rPr>
          <w:rFonts w:ascii="TH SarabunPSK" w:hAnsi="TH SarabunPSK" w:cs="TH SarabunPSK"/>
          <w:sz w:val="32"/>
          <w:szCs w:val="32"/>
        </w:rPr>
        <w:t xml:space="preserve">4. 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สถานภาพการสมรส</w:t>
      </w:r>
      <w:proofErr w:type="spellEnd"/>
      <w:r w:rsidRPr="006032AF">
        <w:rPr>
          <w:rFonts w:ascii="TH SarabunPSK" w:hAnsi="TH SarabunPSK" w:cs="TH SarabunPSK"/>
          <w:sz w:val="32"/>
          <w:szCs w:val="32"/>
        </w:rPr>
        <w:t xml:space="preserve">           [  ]  โ</w:t>
      </w:r>
      <w:r w:rsidR="006032AF" w:rsidRPr="006032AF">
        <w:rPr>
          <w:rFonts w:ascii="TH SarabunPSK" w:hAnsi="TH SarabunPSK" w:cs="TH SarabunPSK"/>
          <w:sz w:val="32"/>
          <w:szCs w:val="32"/>
          <w:cs/>
          <w:lang w:bidi="th-TH"/>
        </w:rPr>
        <w:t>สด</w:t>
      </w:r>
      <w:r w:rsidRPr="006032AF">
        <w:rPr>
          <w:rFonts w:ascii="TH SarabunPSK" w:hAnsi="TH SarabunPSK" w:cs="TH SarabunPSK"/>
          <w:sz w:val="32"/>
          <w:szCs w:val="32"/>
        </w:rPr>
        <w:t xml:space="preserve">             [  ] 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สมรส</w:t>
      </w:r>
      <w:proofErr w:type="spellEnd"/>
      <w:r w:rsidRPr="006032AF">
        <w:rPr>
          <w:rFonts w:ascii="TH SarabunPSK" w:hAnsi="TH SarabunPSK" w:cs="TH SarabunPSK"/>
          <w:sz w:val="32"/>
          <w:szCs w:val="32"/>
        </w:rPr>
        <w:t xml:space="preserve">            [  ] 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อื่นๆ</w:t>
      </w:r>
      <w:proofErr w:type="spellEnd"/>
      <w:r w:rsidRPr="006032AF">
        <w:rPr>
          <w:rFonts w:ascii="TH SarabunPSK" w:hAnsi="TH SarabunPSK" w:cs="TH SarabunPSK"/>
          <w:sz w:val="32"/>
          <w:szCs w:val="32"/>
        </w:rPr>
        <w:t xml:space="preserve"> ............</w:t>
      </w:r>
      <w:r w:rsidR="00997ED8">
        <w:rPr>
          <w:rFonts w:ascii="TH SarabunPSK" w:hAnsi="TH SarabunPSK" w:cs="TH SarabunPSK"/>
          <w:sz w:val="32"/>
          <w:szCs w:val="32"/>
        </w:rPr>
        <w:t>..</w:t>
      </w:r>
      <w:r w:rsidRPr="006032AF">
        <w:rPr>
          <w:rFonts w:ascii="TH SarabunPSK" w:hAnsi="TH SarabunPSK" w:cs="TH SarabunPSK"/>
          <w:sz w:val="32"/>
          <w:szCs w:val="32"/>
        </w:rPr>
        <w:t>.......</w:t>
      </w:r>
      <w:r w:rsidR="006032AF">
        <w:rPr>
          <w:rFonts w:ascii="TH SarabunPSK" w:hAnsi="TH SarabunPSK" w:cs="TH SarabunPSK"/>
          <w:sz w:val="32"/>
          <w:szCs w:val="32"/>
        </w:rPr>
        <w:t>.......</w:t>
      </w:r>
      <w:r w:rsidRPr="006032AF">
        <w:rPr>
          <w:rFonts w:ascii="TH SarabunPSK" w:hAnsi="TH SarabunPSK" w:cs="TH SarabunPSK"/>
          <w:sz w:val="32"/>
          <w:szCs w:val="32"/>
        </w:rPr>
        <w:t>.....................</w:t>
      </w:r>
    </w:p>
    <w:p w14:paraId="0ED97235" w14:textId="638F8F87" w:rsidR="009456CF" w:rsidRPr="006032AF" w:rsidRDefault="009456CF" w:rsidP="009456CF">
      <w:pPr>
        <w:spacing w:after="120"/>
        <w:rPr>
          <w:rFonts w:ascii="TH SarabunPSK" w:hAnsi="TH SarabunPSK" w:cs="TH SarabunPSK"/>
          <w:sz w:val="32"/>
          <w:szCs w:val="32"/>
        </w:rPr>
      </w:pPr>
      <w:r w:rsidRPr="006032AF">
        <w:rPr>
          <w:rFonts w:ascii="TH SarabunPSK" w:hAnsi="TH SarabunPSK" w:cs="TH SarabunPSK"/>
          <w:sz w:val="32"/>
          <w:szCs w:val="32"/>
        </w:rPr>
        <w:t xml:space="preserve">    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ชื่อ</w:t>
      </w:r>
      <w:proofErr w:type="spellEnd"/>
      <w:r w:rsidRPr="006032AF">
        <w:rPr>
          <w:rFonts w:ascii="TH SarabunPSK" w:hAnsi="TH SarabunPSK" w:cs="TH SarabunPSK"/>
          <w:sz w:val="32"/>
          <w:szCs w:val="32"/>
        </w:rPr>
        <w:t xml:space="preserve"> -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นามสกุล</w:t>
      </w:r>
      <w:proofErr w:type="spellEnd"/>
      <w:r w:rsidRPr="006032AF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ของคู่สมรส</w:t>
      </w:r>
      <w:proofErr w:type="spellEnd"/>
      <w:r w:rsidRPr="006032AF">
        <w:rPr>
          <w:rFonts w:ascii="TH SarabunPSK" w:hAnsi="TH SarabunPSK" w:cs="TH SarabunPSK"/>
          <w:sz w:val="32"/>
          <w:szCs w:val="32"/>
        </w:rPr>
        <w:t xml:space="preserve"> .......................................................</w:t>
      </w:r>
      <w:r w:rsidR="006032AF">
        <w:rPr>
          <w:rFonts w:ascii="TH SarabunPSK" w:hAnsi="TH SarabunPSK" w:cs="TH SarabunPSK"/>
          <w:sz w:val="32"/>
          <w:szCs w:val="32"/>
        </w:rPr>
        <w:t>...............</w:t>
      </w:r>
      <w:r w:rsidRPr="006032AF">
        <w:rPr>
          <w:rFonts w:ascii="TH SarabunPSK" w:hAnsi="TH SarabunPSK" w:cs="TH SarabunPSK"/>
          <w:sz w:val="32"/>
          <w:szCs w:val="32"/>
        </w:rPr>
        <w:t>...................................</w:t>
      </w:r>
      <w:r w:rsidR="00997ED8">
        <w:rPr>
          <w:rFonts w:ascii="TH SarabunPSK" w:hAnsi="TH SarabunPSK" w:cs="TH SarabunPSK"/>
          <w:sz w:val="32"/>
          <w:szCs w:val="32"/>
        </w:rPr>
        <w:t>..</w:t>
      </w:r>
      <w:r w:rsidRPr="006032AF">
        <w:rPr>
          <w:rFonts w:ascii="TH SarabunPSK" w:hAnsi="TH SarabunPSK" w:cs="TH SarabunPSK"/>
          <w:sz w:val="32"/>
          <w:szCs w:val="32"/>
        </w:rPr>
        <w:t>.........................</w:t>
      </w:r>
    </w:p>
    <w:p w14:paraId="46FF01FE" w14:textId="3165FDA7" w:rsidR="009456CF" w:rsidRPr="006032AF" w:rsidRDefault="009456CF" w:rsidP="009456CF">
      <w:pPr>
        <w:spacing w:after="120"/>
        <w:rPr>
          <w:rFonts w:ascii="TH SarabunPSK" w:hAnsi="TH SarabunPSK" w:cs="TH SarabunPSK"/>
          <w:sz w:val="32"/>
          <w:szCs w:val="32"/>
        </w:rPr>
      </w:pPr>
      <w:r w:rsidRPr="006032AF">
        <w:rPr>
          <w:rFonts w:ascii="TH SarabunPSK" w:hAnsi="TH SarabunPSK" w:cs="TH SarabunPSK"/>
          <w:sz w:val="32"/>
          <w:szCs w:val="32"/>
        </w:rPr>
        <w:t xml:space="preserve">    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สัญชาติ</w:t>
      </w:r>
      <w:proofErr w:type="spellEnd"/>
      <w:r w:rsidRPr="006032AF">
        <w:rPr>
          <w:rFonts w:ascii="TH SarabunPSK" w:hAnsi="TH SarabunPSK" w:cs="TH SarabunPSK"/>
          <w:sz w:val="32"/>
          <w:szCs w:val="32"/>
        </w:rPr>
        <w:t xml:space="preserve"> .................................................</w:t>
      </w:r>
      <w:r w:rsidR="006032AF">
        <w:rPr>
          <w:rFonts w:ascii="TH SarabunPSK" w:hAnsi="TH SarabunPSK" w:cs="TH SarabunPSK"/>
          <w:sz w:val="32"/>
          <w:szCs w:val="32"/>
        </w:rPr>
        <w:t>.....</w:t>
      </w:r>
      <w:r w:rsidRPr="006032AF">
        <w:rPr>
          <w:rFonts w:ascii="TH SarabunPSK" w:hAnsi="TH SarabunPSK" w:cs="TH SarabunPSK"/>
          <w:sz w:val="32"/>
          <w:szCs w:val="32"/>
        </w:rPr>
        <w:t xml:space="preserve">..........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เชื้อชาติ</w:t>
      </w:r>
      <w:proofErr w:type="spellEnd"/>
      <w:r w:rsidRPr="006032AF">
        <w:rPr>
          <w:rFonts w:ascii="TH SarabunPSK" w:hAnsi="TH SarabunPSK" w:cs="TH SarabunPSK"/>
          <w:sz w:val="32"/>
          <w:szCs w:val="32"/>
        </w:rPr>
        <w:t xml:space="preserve"> ...........................</w:t>
      </w:r>
      <w:r w:rsidR="006032AF">
        <w:rPr>
          <w:rFonts w:ascii="TH SarabunPSK" w:hAnsi="TH SarabunPSK" w:cs="TH SarabunPSK"/>
          <w:sz w:val="32"/>
          <w:szCs w:val="32"/>
        </w:rPr>
        <w:t>.........</w:t>
      </w:r>
      <w:r w:rsidRPr="006032AF">
        <w:rPr>
          <w:rFonts w:ascii="TH SarabunPSK" w:hAnsi="TH SarabunPSK" w:cs="TH SarabunPSK"/>
          <w:sz w:val="32"/>
          <w:szCs w:val="32"/>
        </w:rPr>
        <w:t>...............................................</w:t>
      </w:r>
    </w:p>
    <w:p w14:paraId="3FFC4397" w14:textId="0592F25D" w:rsidR="009456CF" w:rsidRPr="006032AF" w:rsidRDefault="009456CF" w:rsidP="009456CF">
      <w:pPr>
        <w:spacing w:after="120"/>
        <w:rPr>
          <w:rFonts w:ascii="TH SarabunPSK" w:hAnsi="TH SarabunPSK" w:cs="TH SarabunPSK"/>
          <w:sz w:val="32"/>
          <w:szCs w:val="32"/>
        </w:rPr>
      </w:pPr>
      <w:r w:rsidRPr="006032AF">
        <w:rPr>
          <w:rFonts w:ascii="TH SarabunPSK" w:hAnsi="TH SarabunPSK" w:cs="TH SarabunPSK"/>
          <w:sz w:val="32"/>
          <w:szCs w:val="32"/>
        </w:rPr>
        <w:t xml:space="preserve">    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อาชีพ</w:t>
      </w:r>
      <w:proofErr w:type="spellEnd"/>
      <w:r w:rsidRPr="006032AF">
        <w:rPr>
          <w:rFonts w:ascii="TH SarabunPSK" w:hAnsi="TH SarabunPSK" w:cs="TH SarabunPSK"/>
          <w:sz w:val="32"/>
          <w:szCs w:val="32"/>
        </w:rPr>
        <w:t xml:space="preserve"> ..............................................</w:t>
      </w:r>
      <w:r w:rsidR="006032AF">
        <w:rPr>
          <w:rFonts w:ascii="TH SarabunPSK" w:hAnsi="TH SarabunPSK" w:cs="TH SarabunPSK"/>
          <w:sz w:val="32"/>
          <w:szCs w:val="32"/>
        </w:rPr>
        <w:t>.......</w:t>
      </w:r>
      <w:r w:rsidRPr="006032AF">
        <w:rPr>
          <w:rFonts w:ascii="TH SarabunPSK" w:hAnsi="TH SarabunPSK" w:cs="TH SarabunPSK"/>
          <w:sz w:val="32"/>
          <w:szCs w:val="32"/>
        </w:rPr>
        <w:t xml:space="preserve">..............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ตำแหน่ง</w:t>
      </w:r>
      <w:proofErr w:type="spellEnd"/>
      <w:r w:rsidRPr="006032AF">
        <w:rPr>
          <w:rFonts w:ascii="TH SarabunPSK" w:hAnsi="TH SarabunPSK" w:cs="TH SarabunPSK"/>
          <w:sz w:val="32"/>
          <w:szCs w:val="32"/>
        </w:rPr>
        <w:t xml:space="preserve"> ........</w:t>
      </w:r>
      <w:r w:rsidR="006032AF">
        <w:rPr>
          <w:rFonts w:ascii="TH SarabunPSK" w:hAnsi="TH SarabunPSK" w:cs="TH SarabunPSK"/>
          <w:sz w:val="32"/>
          <w:szCs w:val="32"/>
        </w:rPr>
        <w:t>.........</w:t>
      </w:r>
      <w:r w:rsidRPr="006032AF">
        <w:rPr>
          <w:rFonts w:ascii="TH SarabunPSK" w:hAnsi="TH SarabunPSK" w:cs="TH SarabunPSK"/>
          <w:sz w:val="32"/>
          <w:szCs w:val="32"/>
        </w:rPr>
        <w:t>..................................................................</w:t>
      </w:r>
    </w:p>
    <w:p w14:paraId="4BB9DB49" w14:textId="77777777" w:rsidR="009456CF" w:rsidRPr="006032AF" w:rsidRDefault="009456CF" w:rsidP="009456CF">
      <w:pPr>
        <w:spacing w:after="120"/>
        <w:rPr>
          <w:rFonts w:ascii="TH SarabunPSK" w:hAnsi="TH SarabunPSK" w:cs="TH SarabunPSK"/>
          <w:sz w:val="32"/>
          <w:szCs w:val="32"/>
        </w:rPr>
      </w:pPr>
      <w:r w:rsidRPr="006032AF">
        <w:rPr>
          <w:rFonts w:ascii="TH SarabunPSK" w:hAnsi="TH SarabunPSK" w:cs="TH SarabunPSK"/>
          <w:sz w:val="32"/>
          <w:szCs w:val="32"/>
        </w:rPr>
        <w:t xml:space="preserve">    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มีบุตรจำนวน</w:t>
      </w:r>
      <w:proofErr w:type="spellEnd"/>
      <w:r w:rsidRPr="006032AF">
        <w:rPr>
          <w:rFonts w:ascii="TH SarabunPSK" w:hAnsi="TH SarabunPSK" w:cs="TH SarabunPSK"/>
          <w:sz w:val="32"/>
          <w:szCs w:val="32"/>
        </w:rPr>
        <w:t xml:space="preserve"> ..................................................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คน</w:t>
      </w:r>
      <w:proofErr w:type="spellEnd"/>
    </w:p>
    <w:p w14:paraId="341E5AC9" w14:textId="77777777" w:rsidR="009456CF" w:rsidRPr="006032AF" w:rsidRDefault="009456CF" w:rsidP="009456CF">
      <w:pPr>
        <w:spacing w:after="120"/>
        <w:rPr>
          <w:rFonts w:ascii="TH SarabunPSK" w:hAnsi="TH SarabunPSK" w:cs="TH SarabunPSK"/>
          <w:sz w:val="32"/>
          <w:szCs w:val="32"/>
        </w:rPr>
      </w:pPr>
      <w:r w:rsidRPr="006032AF">
        <w:rPr>
          <w:rFonts w:ascii="TH SarabunPSK" w:hAnsi="TH SarabunPSK" w:cs="TH SarabunPSK"/>
          <w:sz w:val="32"/>
          <w:szCs w:val="32"/>
        </w:rPr>
        <w:t xml:space="preserve">5. 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สุขภาพ</w:t>
      </w:r>
      <w:proofErr w:type="spellEnd"/>
    </w:p>
    <w:p w14:paraId="0B8D8DA4" w14:textId="77777777" w:rsidR="009456CF" w:rsidRPr="006032AF" w:rsidRDefault="009456CF" w:rsidP="009456CF">
      <w:pPr>
        <w:spacing w:after="120"/>
        <w:rPr>
          <w:rFonts w:ascii="TH SarabunPSK" w:hAnsi="TH SarabunPSK" w:cs="TH SarabunPSK"/>
          <w:sz w:val="32"/>
          <w:szCs w:val="32"/>
        </w:rPr>
      </w:pPr>
      <w:r w:rsidRPr="006032AF">
        <w:rPr>
          <w:rFonts w:ascii="TH SarabunPSK" w:hAnsi="TH SarabunPSK" w:cs="TH SarabunPSK"/>
          <w:sz w:val="32"/>
          <w:szCs w:val="32"/>
        </w:rPr>
        <w:t xml:space="preserve">     [  ] 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มีสุขภาพสมบูรณ์แข็งแรง</w:t>
      </w:r>
      <w:proofErr w:type="spellEnd"/>
    </w:p>
    <w:p w14:paraId="507F7E08" w14:textId="3FE22E40" w:rsidR="009456CF" w:rsidRPr="006032AF" w:rsidRDefault="009456CF" w:rsidP="009456CF">
      <w:pPr>
        <w:spacing w:after="120"/>
        <w:rPr>
          <w:rFonts w:ascii="TH SarabunPSK" w:hAnsi="TH SarabunPSK" w:cs="TH SarabunPSK"/>
          <w:sz w:val="32"/>
          <w:szCs w:val="32"/>
        </w:rPr>
      </w:pPr>
      <w:r w:rsidRPr="006032AF">
        <w:rPr>
          <w:rFonts w:ascii="TH SarabunPSK" w:hAnsi="TH SarabunPSK" w:cs="TH SarabunPSK"/>
          <w:sz w:val="32"/>
          <w:szCs w:val="32"/>
        </w:rPr>
        <w:t xml:space="preserve">     [  ] 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มีโรคประจำตัว</w:t>
      </w:r>
      <w:proofErr w:type="spellEnd"/>
      <w:r w:rsidRPr="006032AF">
        <w:rPr>
          <w:rFonts w:ascii="TH SarabunPSK" w:hAnsi="TH SarabunPSK" w:cs="TH SarabunPSK"/>
          <w:sz w:val="32"/>
          <w:szCs w:val="32"/>
        </w:rPr>
        <w:t xml:space="preserve"> (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โปรดระบุ</w:t>
      </w:r>
      <w:proofErr w:type="spellEnd"/>
      <w:r w:rsidRPr="006032AF">
        <w:rPr>
          <w:rFonts w:ascii="TH SarabunPSK" w:hAnsi="TH SarabunPSK" w:cs="TH SarabunPSK"/>
          <w:sz w:val="32"/>
          <w:szCs w:val="32"/>
        </w:rPr>
        <w:t>) ..........................................................................................................</w:t>
      </w:r>
      <w:r w:rsidR="00997ED8">
        <w:rPr>
          <w:rFonts w:ascii="TH SarabunPSK" w:hAnsi="TH SarabunPSK" w:cs="TH SarabunPSK"/>
          <w:sz w:val="32"/>
          <w:szCs w:val="32"/>
        </w:rPr>
        <w:t>.....</w:t>
      </w:r>
      <w:r w:rsidRPr="006032AF">
        <w:rPr>
          <w:rFonts w:ascii="TH SarabunPSK" w:hAnsi="TH SarabunPSK" w:cs="TH SarabunPSK"/>
          <w:sz w:val="32"/>
          <w:szCs w:val="32"/>
        </w:rPr>
        <w:t>.........</w:t>
      </w:r>
    </w:p>
    <w:p w14:paraId="0CBCD4A8" w14:textId="77777777" w:rsidR="00997ED8" w:rsidRDefault="00997ED8" w:rsidP="009456CF">
      <w:pPr>
        <w:spacing w:after="120"/>
        <w:rPr>
          <w:rFonts w:ascii="TH SarabunPSK" w:hAnsi="TH SarabunPSK" w:cs="TH SarabunPSK"/>
          <w:sz w:val="32"/>
          <w:szCs w:val="32"/>
        </w:rPr>
      </w:pPr>
    </w:p>
    <w:p w14:paraId="2BBE19D5" w14:textId="77777777" w:rsidR="00997ED8" w:rsidRDefault="00997ED8" w:rsidP="009456CF">
      <w:pPr>
        <w:spacing w:after="120"/>
        <w:rPr>
          <w:rFonts w:ascii="TH SarabunPSK" w:hAnsi="TH SarabunPSK" w:cs="TH SarabunPSK"/>
          <w:sz w:val="32"/>
          <w:szCs w:val="32"/>
        </w:rPr>
      </w:pPr>
    </w:p>
    <w:p w14:paraId="4612CE40" w14:textId="4336E363" w:rsidR="009456CF" w:rsidRPr="006032AF" w:rsidRDefault="009456CF" w:rsidP="009456CF">
      <w:pPr>
        <w:spacing w:after="120"/>
        <w:rPr>
          <w:rFonts w:ascii="TH SarabunPSK" w:hAnsi="TH SarabunPSK" w:cs="TH SarabunPSK"/>
          <w:sz w:val="32"/>
          <w:szCs w:val="32"/>
        </w:rPr>
      </w:pPr>
      <w:r w:rsidRPr="006032AF">
        <w:rPr>
          <w:rFonts w:ascii="TH SarabunPSK" w:hAnsi="TH SarabunPSK" w:cs="TH SarabunPSK"/>
          <w:sz w:val="32"/>
          <w:szCs w:val="32"/>
        </w:rPr>
        <w:lastRenderedPageBreak/>
        <w:t xml:space="preserve">6. 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อาชีพปัจจุบัน</w:t>
      </w:r>
      <w:proofErr w:type="spellEnd"/>
    </w:p>
    <w:p w14:paraId="5A7F42D1" w14:textId="77777777" w:rsidR="009456CF" w:rsidRPr="006032AF" w:rsidRDefault="009456CF" w:rsidP="009456CF">
      <w:pPr>
        <w:spacing w:after="120"/>
        <w:rPr>
          <w:rFonts w:ascii="TH SarabunPSK" w:hAnsi="TH SarabunPSK" w:cs="TH SarabunPSK"/>
          <w:sz w:val="32"/>
          <w:szCs w:val="32"/>
        </w:rPr>
      </w:pPr>
      <w:r w:rsidRPr="006032AF">
        <w:rPr>
          <w:rFonts w:ascii="TH SarabunPSK" w:hAnsi="TH SarabunPSK" w:cs="TH SarabunPSK"/>
          <w:sz w:val="32"/>
          <w:szCs w:val="32"/>
        </w:rPr>
        <w:t xml:space="preserve">     [  ] 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รับราชการ</w:t>
      </w:r>
      <w:proofErr w:type="spellEnd"/>
    </w:p>
    <w:p w14:paraId="5F333666" w14:textId="77777777" w:rsidR="009456CF" w:rsidRPr="006032AF" w:rsidRDefault="009456CF" w:rsidP="009456CF">
      <w:pPr>
        <w:spacing w:after="120"/>
        <w:rPr>
          <w:rFonts w:ascii="TH SarabunPSK" w:hAnsi="TH SarabunPSK" w:cs="TH SarabunPSK"/>
          <w:sz w:val="32"/>
          <w:szCs w:val="32"/>
        </w:rPr>
      </w:pPr>
      <w:r w:rsidRPr="006032AF">
        <w:rPr>
          <w:rFonts w:ascii="TH SarabunPSK" w:hAnsi="TH SarabunPSK" w:cs="TH SarabunPSK"/>
          <w:sz w:val="32"/>
          <w:szCs w:val="32"/>
        </w:rPr>
        <w:t xml:space="preserve">     [  ] 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พนักงานรัฐวิสาหกิจ</w:t>
      </w:r>
      <w:proofErr w:type="spellEnd"/>
      <w:r w:rsidRPr="006032AF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หรือเจ้าหน้าที่ของรัฐ</w:t>
      </w:r>
      <w:proofErr w:type="spellEnd"/>
    </w:p>
    <w:p w14:paraId="4ABAC52A" w14:textId="77777777" w:rsidR="009456CF" w:rsidRPr="006032AF" w:rsidRDefault="009456CF" w:rsidP="009456CF">
      <w:pPr>
        <w:spacing w:after="120"/>
        <w:rPr>
          <w:rFonts w:ascii="TH SarabunPSK" w:hAnsi="TH SarabunPSK" w:cs="TH SarabunPSK"/>
          <w:sz w:val="32"/>
          <w:szCs w:val="32"/>
        </w:rPr>
      </w:pPr>
      <w:r w:rsidRPr="006032AF">
        <w:rPr>
          <w:rFonts w:ascii="TH SarabunPSK" w:hAnsi="TH SarabunPSK" w:cs="TH SarabunPSK"/>
          <w:sz w:val="32"/>
          <w:szCs w:val="32"/>
        </w:rPr>
        <w:t xml:space="preserve">     [  ] 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ทำงานภาคเอกชน</w:t>
      </w:r>
      <w:proofErr w:type="spellEnd"/>
    </w:p>
    <w:p w14:paraId="7A2ABB7D" w14:textId="77777777" w:rsidR="009456CF" w:rsidRPr="006032AF" w:rsidRDefault="009456CF" w:rsidP="009456CF">
      <w:pPr>
        <w:spacing w:after="120"/>
        <w:rPr>
          <w:rFonts w:ascii="TH SarabunPSK" w:hAnsi="TH SarabunPSK" w:cs="TH SarabunPSK"/>
          <w:sz w:val="32"/>
          <w:szCs w:val="32"/>
        </w:rPr>
      </w:pPr>
      <w:r w:rsidRPr="006032AF">
        <w:rPr>
          <w:rFonts w:ascii="TH SarabunPSK" w:hAnsi="TH SarabunPSK" w:cs="TH SarabunPSK"/>
          <w:sz w:val="32"/>
          <w:szCs w:val="32"/>
        </w:rPr>
        <w:t xml:space="preserve">     [  ] 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ประกอบอาชีพส่วนตัว</w:t>
      </w:r>
      <w:proofErr w:type="spellEnd"/>
    </w:p>
    <w:p w14:paraId="5467A571" w14:textId="5A413BD3" w:rsidR="009456CF" w:rsidRPr="006032AF" w:rsidRDefault="009456CF" w:rsidP="009456CF">
      <w:pPr>
        <w:spacing w:after="120"/>
        <w:rPr>
          <w:rFonts w:ascii="TH SarabunPSK" w:hAnsi="TH SarabunPSK" w:cs="TH SarabunPSK"/>
          <w:sz w:val="32"/>
          <w:szCs w:val="32"/>
        </w:rPr>
      </w:pPr>
      <w:r w:rsidRPr="006032AF">
        <w:rPr>
          <w:rFonts w:ascii="TH SarabunPSK" w:hAnsi="TH SarabunPSK" w:cs="TH SarabunPSK"/>
          <w:sz w:val="32"/>
          <w:szCs w:val="32"/>
        </w:rPr>
        <w:t xml:space="preserve">     [  ] 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อื่น</w:t>
      </w:r>
      <w:proofErr w:type="spellEnd"/>
      <w:r w:rsidRPr="006032AF">
        <w:rPr>
          <w:rFonts w:ascii="TH SarabunPSK" w:hAnsi="TH SarabunPSK" w:cs="TH SarabunPSK"/>
          <w:sz w:val="32"/>
          <w:szCs w:val="32"/>
        </w:rPr>
        <w:t xml:space="preserve"> ๆ (ระบุโดยชัดเจน)..................................................................</w:t>
      </w:r>
      <w:r w:rsidR="006032AF">
        <w:rPr>
          <w:rFonts w:ascii="TH SarabunPSK" w:hAnsi="TH SarabunPSK" w:cs="TH SarabunPSK"/>
          <w:sz w:val="32"/>
          <w:szCs w:val="32"/>
        </w:rPr>
        <w:t>.............</w:t>
      </w:r>
      <w:r w:rsidRPr="006032AF">
        <w:rPr>
          <w:rFonts w:ascii="TH SarabunPSK" w:hAnsi="TH SarabunPSK" w:cs="TH SarabunPSK"/>
          <w:sz w:val="32"/>
          <w:szCs w:val="32"/>
        </w:rPr>
        <w:t>........................................................</w:t>
      </w:r>
    </w:p>
    <w:p w14:paraId="475DA06E" w14:textId="38EE4CA0" w:rsidR="009456CF" w:rsidRPr="006032AF" w:rsidRDefault="009456CF" w:rsidP="009456CF">
      <w:pPr>
        <w:spacing w:after="120"/>
        <w:rPr>
          <w:rFonts w:ascii="TH SarabunPSK" w:hAnsi="TH SarabunPSK" w:cs="TH SarabunPSK"/>
          <w:sz w:val="32"/>
          <w:szCs w:val="32"/>
        </w:rPr>
      </w:pPr>
      <w:r w:rsidRPr="006032AF">
        <w:rPr>
          <w:rFonts w:ascii="TH SarabunPSK" w:hAnsi="TH SarabunPSK" w:cs="TH SarabunPSK"/>
          <w:sz w:val="32"/>
          <w:szCs w:val="32"/>
        </w:rPr>
        <w:t xml:space="preserve">7. 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สถานที่ทำงานปัจจุบัน</w:t>
      </w:r>
      <w:proofErr w:type="spellEnd"/>
      <w:r w:rsidRPr="006032AF">
        <w:rPr>
          <w:rFonts w:ascii="TH SarabunPSK" w:hAnsi="TH SarabunPSK" w:cs="TH SarabunPSK"/>
          <w:sz w:val="32"/>
          <w:szCs w:val="32"/>
        </w:rPr>
        <w:t xml:space="preserve"> .................</w:t>
      </w:r>
      <w:r w:rsidR="006032AF">
        <w:rPr>
          <w:rFonts w:ascii="TH SarabunPSK" w:hAnsi="TH SarabunPSK" w:cs="TH SarabunPSK"/>
          <w:sz w:val="32"/>
          <w:szCs w:val="32"/>
        </w:rPr>
        <w:t>.</w:t>
      </w:r>
      <w:r w:rsidRPr="006032AF">
        <w:rPr>
          <w:rFonts w:ascii="TH SarabunPSK" w:hAnsi="TH SarabunPSK" w:cs="TH SarabunPSK"/>
          <w:sz w:val="32"/>
          <w:szCs w:val="32"/>
        </w:rPr>
        <w:t>................................................................</w:t>
      </w:r>
      <w:r w:rsidR="006032AF">
        <w:rPr>
          <w:rFonts w:ascii="TH SarabunPSK" w:hAnsi="TH SarabunPSK" w:cs="TH SarabunPSK"/>
          <w:sz w:val="32"/>
          <w:szCs w:val="32"/>
        </w:rPr>
        <w:t>..............</w:t>
      </w:r>
      <w:r w:rsidRPr="006032AF">
        <w:rPr>
          <w:rFonts w:ascii="TH SarabunPSK" w:hAnsi="TH SarabunPSK" w:cs="TH SarabunPSK"/>
          <w:sz w:val="32"/>
          <w:szCs w:val="32"/>
        </w:rPr>
        <w:t>...............................................</w:t>
      </w:r>
    </w:p>
    <w:p w14:paraId="6DE06E74" w14:textId="587B24F0" w:rsidR="009456CF" w:rsidRPr="006032AF" w:rsidRDefault="009456CF" w:rsidP="009456CF">
      <w:pPr>
        <w:spacing w:after="120"/>
        <w:rPr>
          <w:rFonts w:ascii="TH SarabunPSK" w:hAnsi="TH SarabunPSK" w:cs="TH SarabunPSK"/>
          <w:sz w:val="32"/>
          <w:szCs w:val="32"/>
        </w:rPr>
      </w:pPr>
      <w:r w:rsidRPr="006032AF">
        <w:rPr>
          <w:rFonts w:ascii="TH SarabunPSK" w:hAnsi="TH SarabunPSK" w:cs="TH SarabunPSK"/>
          <w:sz w:val="32"/>
          <w:szCs w:val="32"/>
        </w:rPr>
        <w:t xml:space="preserve">    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ตำแหน่ง</w:t>
      </w:r>
      <w:proofErr w:type="spellEnd"/>
      <w:r w:rsidRPr="006032AF">
        <w:rPr>
          <w:rFonts w:ascii="TH SarabunPSK" w:hAnsi="TH SarabunPSK" w:cs="TH SarabunPSK"/>
          <w:sz w:val="32"/>
          <w:szCs w:val="32"/>
        </w:rPr>
        <w:t xml:space="preserve"> .............................................................</w:t>
      </w:r>
      <w:r w:rsidR="006032AF">
        <w:rPr>
          <w:rFonts w:ascii="TH SarabunPSK" w:hAnsi="TH SarabunPSK" w:cs="TH SarabunPSK"/>
          <w:sz w:val="32"/>
          <w:szCs w:val="32"/>
        </w:rPr>
        <w:t>.........</w:t>
      </w:r>
      <w:r w:rsidRPr="006032AF">
        <w:rPr>
          <w:rFonts w:ascii="TH SarabunPSK" w:hAnsi="TH SarabunPSK" w:cs="TH SarabunPSK"/>
          <w:sz w:val="32"/>
          <w:szCs w:val="32"/>
        </w:rPr>
        <w:t xml:space="preserve">...............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ระดับ</w:t>
      </w:r>
      <w:proofErr w:type="spellEnd"/>
      <w:r w:rsidRPr="006032AF">
        <w:rPr>
          <w:rFonts w:ascii="TH SarabunPSK" w:hAnsi="TH SarabunPSK" w:cs="TH SarabunPSK"/>
          <w:sz w:val="32"/>
          <w:szCs w:val="32"/>
        </w:rPr>
        <w:t xml:space="preserve"> .........................</w:t>
      </w:r>
      <w:r w:rsidR="006032AF">
        <w:rPr>
          <w:rFonts w:ascii="TH SarabunPSK" w:hAnsi="TH SarabunPSK" w:cs="TH SarabunPSK"/>
          <w:sz w:val="32"/>
          <w:szCs w:val="32"/>
        </w:rPr>
        <w:t>......</w:t>
      </w:r>
      <w:r w:rsidRPr="006032AF">
        <w:rPr>
          <w:rFonts w:ascii="TH SarabunPSK" w:hAnsi="TH SarabunPSK" w:cs="TH SarabunPSK"/>
          <w:sz w:val="32"/>
          <w:szCs w:val="32"/>
        </w:rPr>
        <w:t>....................................</w:t>
      </w:r>
    </w:p>
    <w:p w14:paraId="55FA57D1" w14:textId="7437A7B4" w:rsidR="009456CF" w:rsidRPr="006032AF" w:rsidRDefault="009456CF" w:rsidP="009456CF">
      <w:pPr>
        <w:spacing w:after="120"/>
        <w:rPr>
          <w:rFonts w:ascii="TH SarabunPSK" w:hAnsi="TH SarabunPSK" w:cs="TH SarabunPSK"/>
          <w:sz w:val="32"/>
          <w:szCs w:val="32"/>
        </w:rPr>
      </w:pPr>
      <w:r w:rsidRPr="006032AF">
        <w:rPr>
          <w:rFonts w:ascii="TH SarabunPSK" w:hAnsi="TH SarabunPSK" w:cs="TH SarabunPSK"/>
          <w:sz w:val="32"/>
          <w:szCs w:val="32"/>
        </w:rPr>
        <w:t xml:space="preserve">    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โทรศัพท์</w:t>
      </w:r>
      <w:proofErr w:type="spellEnd"/>
      <w:r w:rsidRPr="006032AF">
        <w:rPr>
          <w:rFonts w:ascii="TH SarabunPSK" w:hAnsi="TH SarabunPSK" w:cs="TH SarabunPSK"/>
          <w:sz w:val="32"/>
          <w:szCs w:val="32"/>
        </w:rPr>
        <w:t xml:space="preserve"> </w:t>
      </w:r>
      <w:r w:rsidR="006032AF" w:rsidRPr="006032AF">
        <w:rPr>
          <w:rFonts w:ascii="TH SarabunPSK" w:hAnsi="TH SarabunPSK" w:cs="TH SarabunPSK"/>
          <w:sz w:val="32"/>
          <w:szCs w:val="32"/>
        </w:rPr>
        <w:t>...................................</w:t>
      </w:r>
      <w:r w:rsidR="006032AF">
        <w:rPr>
          <w:rFonts w:ascii="TH SarabunPSK" w:hAnsi="TH SarabunPSK" w:cs="TH SarabunPSK"/>
          <w:sz w:val="32"/>
          <w:szCs w:val="32"/>
        </w:rPr>
        <w:t>.............</w:t>
      </w:r>
      <w:r w:rsidR="006032AF" w:rsidRPr="006032AF">
        <w:rPr>
          <w:rFonts w:ascii="TH SarabunPSK" w:hAnsi="TH SarabunPSK" w:cs="TH SarabunPSK"/>
          <w:sz w:val="32"/>
          <w:szCs w:val="32"/>
        </w:rPr>
        <w:t>.... E-mail ............</w:t>
      </w:r>
      <w:r w:rsidR="006032AF">
        <w:rPr>
          <w:rFonts w:ascii="TH SarabunPSK" w:hAnsi="TH SarabunPSK" w:cs="TH SarabunPSK"/>
          <w:sz w:val="32"/>
          <w:szCs w:val="32"/>
        </w:rPr>
        <w:t>.</w:t>
      </w:r>
      <w:r w:rsidR="006032AF" w:rsidRPr="006032AF">
        <w:rPr>
          <w:rFonts w:ascii="TH SarabunPSK" w:hAnsi="TH SarabunPSK" w:cs="TH SarabunPSK"/>
          <w:sz w:val="32"/>
          <w:szCs w:val="32"/>
        </w:rPr>
        <w:t>..........</w:t>
      </w:r>
      <w:r w:rsidR="00997ED8">
        <w:rPr>
          <w:rFonts w:ascii="TH SarabunPSK" w:hAnsi="TH SarabunPSK" w:cs="TH SarabunPSK"/>
          <w:sz w:val="32"/>
          <w:szCs w:val="32"/>
        </w:rPr>
        <w:t>.</w:t>
      </w:r>
      <w:r w:rsidR="006032AF" w:rsidRPr="006032AF">
        <w:rPr>
          <w:rFonts w:ascii="TH SarabunPSK" w:hAnsi="TH SarabunPSK" w:cs="TH SarabunPSK"/>
          <w:sz w:val="32"/>
          <w:szCs w:val="32"/>
        </w:rPr>
        <w:t>.........................................................................</w:t>
      </w:r>
    </w:p>
    <w:p w14:paraId="0007DA8D" w14:textId="77777777" w:rsidR="009456CF" w:rsidRPr="006032AF" w:rsidRDefault="009456CF" w:rsidP="009456CF">
      <w:pPr>
        <w:spacing w:after="120"/>
        <w:rPr>
          <w:rFonts w:ascii="TH SarabunPSK" w:hAnsi="TH SarabunPSK" w:cs="TH SarabunPSK"/>
          <w:sz w:val="32"/>
          <w:szCs w:val="32"/>
        </w:rPr>
      </w:pPr>
      <w:r w:rsidRPr="006032AF">
        <w:rPr>
          <w:rFonts w:ascii="TH SarabunPSK" w:hAnsi="TH SarabunPSK" w:cs="TH SarabunPSK"/>
          <w:sz w:val="32"/>
          <w:szCs w:val="32"/>
        </w:rPr>
        <w:t xml:space="preserve">8. 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บุคคลอ้างอิง</w:t>
      </w:r>
      <w:proofErr w:type="spellEnd"/>
    </w:p>
    <w:p w14:paraId="4857FCBC" w14:textId="1629929D" w:rsidR="009456CF" w:rsidRPr="006032AF" w:rsidRDefault="009456CF" w:rsidP="009456CF">
      <w:pPr>
        <w:spacing w:after="120"/>
        <w:rPr>
          <w:rFonts w:ascii="TH SarabunPSK" w:hAnsi="TH SarabunPSK" w:cs="TH SarabunPSK"/>
          <w:sz w:val="32"/>
          <w:szCs w:val="32"/>
        </w:rPr>
      </w:pPr>
      <w:r w:rsidRPr="006032AF">
        <w:rPr>
          <w:rFonts w:ascii="TH SarabunPSK" w:hAnsi="TH SarabunPSK" w:cs="TH SarabunPSK"/>
          <w:sz w:val="32"/>
          <w:szCs w:val="32"/>
        </w:rPr>
        <w:t xml:space="preserve">     1)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ชื่อ</w:t>
      </w:r>
      <w:proofErr w:type="spellEnd"/>
      <w:r w:rsidRPr="006032AF">
        <w:rPr>
          <w:rFonts w:ascii="TH SarabunPSK" w:hAnsi="TH SarabunPSK" w:cs="TH SarabunPSK"/>
          <w:sz w:val="32"/>
          <w:szCs w:val="32"/>
        </w:rPr>
        <w:t xml:space="preserve"> - สกุล .............................</w:t>
      </w:r>
      <w:r w:rsidR="006032AF">
        <w:rPr>
          <w:rFonts w:ascii="TH SarabunPSK" w:hAnsi="TH SarabunPSK" w:cs="TH SarabunPSK"/>
          <w:sz w:val="32"/>
          <w:szCs w:val="32"/>
        </w:rPr>
        <w:t>.....</w:t>
      </w:r>
      <w:r w:rsidRPr="006032AF">
        <w:rPr>
          <w:rFonts w:ascii="TH SarabunPSK" w:hAnsi="TH SarabunPSK" w:cs="TH SarabunPSK"/>
          <w:sz w:val="32"/>
          <w:szCs w:val="32"/>
        </w:rPr>
        <w:t>................</w:t>
      </w:r>
      <w:r w:rsidR="006032AF">
        <w:rPr>
          <w:rFonts w:ascii="TH SarabunPSK" w:hAnsi="TH SarabunPSK" w:cs="TH SarabunPSK"/>
          <w:sz w:val="32"/>
          <w:szCs w:val="32"/>
        </w:rPr>
        <w:t>.</w:t>
      </w:r>
      <w:r w:rsidRPr="006032AF">
        <w:rPr>
          <w:rFonts w:ascii="TH SarabunPSK" w:hAnsi="TH SarabunPSK" w:cs="TH SarabunPSK"/>
          <w:sz w:val="32"/>
          <w:szCs w:val="32"/>
        </w:rPr>
        <w:t xml:space="preserve">...............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ตำแหน่ง</w:t>
      </w:r>
      <w:proofErr w:type="spellEnd"/>
      <w:r w:rsidRPr="006032AF">
        <w:rPr>
          <w:rFonts w:ascii="TH SarabunPSK" w:hAnsi="TH SarabunPSK" w:cs="TH SarabunPSK"/>
          <w:sz w:val="32"/>
          <w:szCs w:val="32"/>
        </w:rPr>
        <w:t xml:space="preserve"> .........................</w:t>
      </w:r>
      <w:r w:rsidR="006032AF">
        <w:rPr>
          <w:rFonts w:ascii="TH SarabunPSK" w:hAnsi="TH SarabunPSK" w:cs="TH SarabunPSK"/>
          <w:sz w:val="32"/>
          <w:szCs w:val="32"/>
        </w:rPr>
        <w:t>......</w:t>
      </w:r>
      <w:r w:rsidRPr="006032AF">
        <w:rPr>
          <w:rFonts w:ascii="TH SarabunPSK" w:hAnsi="TH SarabunPSK" w:cs="TH SarabunPSK"/>
          <w:sz w:val="32"/>
          <w:szCs w:val="32"/>
        </w:rPr>
        <w:t>..................</w:t>
      </w:r>
      <w:r w:rsidR="006032AF">
        <w:rPr>
          <w:rFonts w:ascii="TH SarabunPSK" w:hAnsi="TH SarabunPSK" w:cs="TH SarabunPSK"/>
          <w:sz w:val="32"/>
          <w:szCs w:val="32"/>
        </w:rPr>
        <w:t>.</w:t>
      </w:r>
      <w:r w:rsidRPr="006032AF">
        <w:rPr>
          <w:rFonts w:ascii="TH SarabunPSK" w:hAnsi="TH SarabunPSK" w:cs="TH SarabunPSK"/>
          <w:sz w:val="32"/>
          <w:szCs w:val="32"/>
        </w:rPr>
        <w:t>........................</w:t>
      </w:r>
    </w:p>
    <w:p w14:paraId="728783E6" w14:textId="40EC702F" w:rsidR="009456CF" w:rsidRPr="006032AF" w:rsidRDefault="009456CF" w:rsidP="009456CF">
      <w:pPr>
        <w:spacing w:after="120"/>
        <w:rPr>
          <w:rFonts w:ascii="TH SarabunPSK" w:hAnsi="TH SarabunPSK" w:cs="TH SarabunPSK"/>
          <w:sz w:val="32"/>
          <w:szCs w:val="32"/>
        </w:rPr>
      </w:pPr>
      <w:r w:rsidRPr="006032AF">
        <w:rPr>
          <w:rFonts w:ascii="TH SarabunPSK" w:hAnsi="TH SarabunPSK" w:cs="TH SarabunPSK"/>
          <w:sz w:val="32"/>
          <w:szCs w:val="32"/>
        </w:rPr>
        <w:t xml:space="preserve">    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หน่วยงาน</w:t>
      </w:r>
      <w:proofErr w:type="spellEnd"/>
      <w:r w:rsidRPr="006032AF">
        <w:rPr>
          <w:rFonts w:ascii="TH SarabunPSK" w:hAnsi="TH SarabunPSK" w:cs="TH SarabunPSK"/>
          <w:sz w:val="32"/>
          <w:szCs w:val="32"/>
        </w:rPr>
        <w:t xml:space="preserve"> ................................</w:t>
      </w:r>
      <w:r w:rsidR="006032AF">
        <w:rPr>
          <w:rFonts w:ascii="TH SarabunPSK" w:hAnsi="TH SarabunPSK" w:cs="TH SarabunPSK"/>
          <w:sz w:val="32"/>
          <w:szCs w:val="32"/>
        </w:rPr>
        <w:t>.........</w:t>
      </w:r>
      <w:r w:rsidRPr="006032AF">
        <w:rPr>
          <w:rFonts w:ascii="TH SarabunPSK" w:hAnsi="TH SarabunPSK" w:cs="TH SarabunPSK"/>
          <w:sz w:val="32"/>
          <w:szCs w:val="32"/>
        </w:rPr>
        <w:t>....................</w:t>
      </w:r>
      <w:r w:rsidR="006032AF">
        <w:rPr>
          <w:rFonts w:ascii="TH SarabunPSK" w:hAnsi="TH SarabunPSK" w:cs="TH SarabunPSK"/>
          <w:sz w:val="32"/>
          <w:szCs w:val="32"/>
        </w:rPr>
        <w:t>..</w:t>
      </w:r>
      <w:r w:rsidRPr="006032AF">
        <w:rPr>
          <w:rFonts w:ascii="TH SarabunPSK" w:hAnsi="TH SarabunPSK" w:cs="TH SarabunPSK"/>
          <w:sz w:val="32"/>
          <w:szCs w:val="32"/>
        </w:rPr>
        <w:t xml:space="preserve">.............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หมายเลขโทรศัพท์</w:t>
      </w:r>
      <w:proofErr w:type="spellEnd"/>
      <w:r w:rsidRPr="006032AF">
        <w:rPr>
          <w:rFonts w:ascii="TH SarabunPSK" w:hAnsi="TH SarabunPSK" w:cs="TH SarabunPSK"/>
          <w:sz w:val="32"/>
          <w:szCs w:val="32"/>
        </w:rPr>
        <w:t xml:space="preserve"> ...</w:t>
      </w:r>
      <w:r w:rsidR="00997ED8">
        <w:rPr>
          <w:rFonts w:ascii="TH SarabunPSK" w:hAnsi="TH SarabunPSK" w:cs="TH SarabunPSK"/>
          <w:sz w:val="32"/>
          <w:szCs w:val="32"/>
        </w:rPr>
        <w:t>.....</w:t>
      </w:r>
      <w:r w:rsidRPr="006032AF">
        <w:rPr>
          <w:rFonts w:ascii="TH SarabunPSK" w:hAnsi="TH SarabunPSK" w:cs="TH SarabunPSK"/>
          <w:sz w:val="32"/>
          <w:szCs w:val="32"/>
        </w:rPr>
        <w:t>..............</w:t>
      </w:r>
      <w:r w:rsidR="006032AF">
        <w:rPr>
          <w:rFonts w:ascii="TH SarabunPSK" w:hAnsi="TH SarabunPSK" w:cs="TH SarabunPSK"/>
          <w:sz w:val="32"/>
          <w:szCs w:val="32"/>
        </w:rPr>
        <w:t>.</w:t>
      </w:r>
      <w:r w:rsidRPr="006032AF">
        <w:rPr>
          <w:rFonts w:ascii="TH SarabunPSK" w:hAnsi="TH SarabunPSK" w:cs="TH SarabunPSK"/>
          <w:sz w:val="32"/>
          <w:szCs w:val="32"/>
        </w:rPr>
        <w:t>..............................</w:t>
      </w:r>
    </w:p>
    <w:p w14:paraId="53DC0098" w14:textId="4998822E" w:rsidR="009456CF" w:rsidRPr="006032AF" w:rsidRDefault="009456CF" w:rsidP="009456CF">
      <w:pPr>
        <w:spacing w:after="120"/>
        <w:rPr>
          <w:rFonts w:ascii="TH SarabunPSK" w:hAnsi="TH SarabunPSK" w:cs="TH SarabunPSK"/>
          <w:sz w:val="32"/>
          <w:szCs w:val="32"/>
        </w:rPr>
      </w:pPr>
      <w:r w:rsidRPr="006032AF">
        <w:rPr>
          <w:rFonts w:ascii="TH SarabunPSK" w:hAnsi="TH SarabunPSK" w:cs="TH SarabunPSK"/>
          <w:sz w:val="32"/>
          <w:szCs w:val="32"/>
        </w:rPr>
        <w:t xml:space="preserve">     2)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ชื่อ</w:t>
      </w:r>
      <w:proofErr w:type="spellEnd"/>
      <w:r w:rsidRPr="006032AF">
        <w:rPr>
          <w:rFonts w:ascii="TH SarabunPSK" w:hAnsi="TH SarabunPSK" w:cs="TH SarabunPSK"/>
          <w:sz w:val="32"/>
          <w:szCs w:val="32"/>
        </w:rPr>
        <w:t xml:space="preserve"> - สกุล ................................................</w:t>
      </w:r>
      <w:r w:rsidR="006032AF">
        <w:rPr>
          <w:rFonts w:ascii="TH SarabunPSK" w:hAnsi="TH SarabunPSK" w:cs="TH SarabunPSK"/>
          <w:sz w:val="32"/>
          <w:szCs w:val="32"/>
        </w:rPr>
        <w:t>......</w:t>
      </w:r>
      <w:r w:rsidRPr="006032AF">
        <w:rPr>
          <w:rFonts w:ascii="TH SarabunPSK" w:hAnsi="TH SarabunPSK" w:cs="TH SarabunPSK"/>
          <w:sz w:val="32"/>
          <w:szCs w:val="32"/>
        </w:rPr>
        <w:t xml:space="preserve">............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ตำแหน่ง</w:t>
      </w:r>
      <w:proofErr w:type="spellEnd"/>
      <w:r w:rsidRPr="006032AF">
        <w:rPr>
          <w:rFonts w:ascii="TH SarabunPSK" w:hAnsi="TH SarabunPSK" w:cs="TH SarabunPSK"/>
          <w:sz w:val="32"/>
          <w:szCs w:val="32"/>
        </w:rPr>
        <w:t xml:space="preserve"> .............................</w:t>
      </w:r>
      <w:r w:rsidR="006032AF">
        <w:rPr>
          <w:rFonts w:ascii="TH SarabunPSK" w:hAnsi="TH SarabunPSK" w:cs="TH SarabunPSK"/>
          <w:sz w:val="32"/>
          <w:szCs w:val="32"/>
        </w:rPr>
        <w:t>........</w:t>
      </w:r>
      <w:r w:rsidRPr="006032AF">
        <w:rPr>
          <w:rFonts w:ascii="TH SarabunPSK" w:hAnsi="TH SarabunPSK" w:cs="TH SarabunPSK"/>
          <w:sz w:val="32"/>
          <w:szCs w:val="32"/>
        </w:rPr>
        <w:t>.....................................</w:t>
      </w:r>
    </w:p>
    <w:p w14:paraId="3A0FB2BE" w14:textId="14465585" w:rsidR="009456CF" w:rsidRPr="006032AF" w:rsidRDefault="009456CF" w:rsidP="009456CF">
      <w:pPr>
        <w:spacing w:after="120"/>
        <w:rPr>
          <w:rFonts w:ascii="TH SarabunPSK" w:hAnsi="TH SarabunPSK" w:cs="TH SarabunPSK"/>
          <w:sz w:val="32"/>
          <w:szCs w:val="32"/>
        </w:rPr>
      </w:pPr>
      <w:r w:rsidRPr="006032AF">
        <w:rPr>
          <w:rFonts w:ascii="TH SarabunPSK" w:hAnsi="TH SarabunPSK" w:cs="TH SarabunPSK"/>
          <w:sz w:val="32"/>
          <w:szCs w:val="32"/>
        </w:rPr>
        <w:t xml:space="preserve">    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หน่วยงาน</w:t>
      </w:r>
      <w:proofErr w:type="spellEnd"/>
      <w:r w:rsidRPr="006032AF">
        <w:rPr>
          <w:rFonts w:ascii="TH SarabunPSK" w:hAnsi="TH SarabunPSK" w:cs="TH SarabunPSK"/>
          <w:sz w:val="32"/>
          <w:szCs w:val="32"/>
        </w:rPr>
        <w:t xml:space="preserve"> ............................................................</w:t>
      </w:r>
      <w:r w:rsidR="006032AF">
        <w:rPr>
          <w:rFonts w:ascii="TH SarabunPSK" w:hAnsi="TH SarabunPSK" w:cs="TH SarabunPSK"/>
          <w:sz w:val="32"/>
          <w:szCs w:val="32"/>
        </w:rPr>
        <w:t>...........</w:t>
      </w:r>
      <w:r w:rsidRPr="006032AF">
        <w:rPr>
          <w:rFonts w:ascii="TH SarabunPSK" w:hAnsi="TH SarabunPSK" w:cs="TH SarabunPSK"/>
          <w:sz w:val="32"/>
          <w:szCs w:val="32"/>
        </w:rPr>
        <w:t xml:space="preserve">......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หมายเลขโทรศัพท์</w:t>
      </w:r>
      <w:proofErr w:type="spellEnd"/>
      <w:r w:rsidRPr="006032AF">
        <w:rPr>
          <w:rFonts w:ascii="TH SarabunPSK" w:hAnsi="TH SarabunPSK" w:cs="TH SarabunPSK"/>
          <w:sz w:val="32"/>
          <w:szCs w:val="32"/>
        </w:rPr>
        <w:t xml:space="preserve"> ...................</w:t>
      </w:r>
      <w:r w:rsidR="006032AF">
        <w:rPr>
          <w:rFonts w:ascii="TH SarabunPSK" w:hAnsi="TH SarabunPSK" w:cs="TH SarabunPSK"/>
          <w:sz w:val="32"/>
          <w:szCs w:val="32"/>
        </w:rPr>
        <w:t>.</w:t>
      </w:r>
      <w:r w:rsidRPr="006032AF">
        <w:rPr>
          <w:rFonts w:ascii="TH SarabunPSK" w:hAnsi="TH SarabunPSK" w:cs="TH SarabunPSK"/>
          <w:sz w:val="32"/>
          <w:szCs w:val="32"/>
        </w:rPr>
        <w:t>............</w:t>
      </w:r>
      <w:r w:rsidR="00997ED8">
        <w:rPr>
          <w:rFonts w:ascii="TH SarabunPSK" w:hAnsi="TH SarabunPSK" w:cs="TH SarabunPSK"/>
          <w:sz w:val="32"/>
          <w:szCs w:val="32"/>
        </w:rPr>
        <w:t>....</w:t>
      </w:r>
      <w:r w:rsidRPr="006032AF">
        <w:rPr>
          <w:rFonts w:ascii="TH SarabunPSK" w:hAnsi="TH SarabunPSK" w:cs="TH SarabunPSK"/>
          <w:sz w:val="32"/>
          <w:szCs w:val="32"/>
        </w:rPr>
        <w:t>................</w:t>
      </w:r>
    </w:p>
    <w:p w14:paraId="0748EF9B" w14:textId="77777777" w:rsidR="009456CF" w:rsidRPr="006032AF" w:rsidRDefault="009456CF" w:rsidP="009456CF">
      <w:pPr>
        <w:spacing w:after="120"/>
        <w:rPr>
          <w:rFonts w:ascii="TH SarabunPSK" w:hAnsi="TH SarabunPSK" w:cs="TH SarabunPSK"/>
          <w:sz w:val="32"/>
          <w:szCs w:val="32"/>
        </w:rPr>
      </w:pPr>
      <w:r w:rsidRPr="006032AF">
        <w:rPr>
          <w:rFonts w:ascii="TH SarabunPSK" w:hAnsi="TH SarabunPSK" w:cs="TH SarabunPSK"/>
          <w:sz w:val="32"/>
          <w:szCs w:val="32"/>
        </w:rPr>
        <w:t xml:space="preserve">9. 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กรณีเร่งด่วนที่ไม่สามารถติดต่อข้าพเจ้าได้</w:t>
      </w:r>
      <w:proofErr w:type="spellEnd"/>
      <w:r w:rsidRPr="006032AF">
        <w:rPr>
          <w:rFonts w:ascii="TH SarabunPSK" w:hAnsi="TH SarabunPSK" w:cs="TH SarabunPSK"/>
          <w:sz w:val="32"/>
          <w:szCs w:val="32"/>
        </w:rPr>
        <w:t xml:space="preserve"> ขอให้สำนักงานติดต่อผ่านทาง</w:t>
      </w:r>
    </w:p>
    <w:p w14:paraId="141CB2DA" w14:textId="694B9AEB" w:rsidR="009456CF" w:rsidRPr="006032AF" w:rsidRDefault="009456CF" w:rsidP="009456CF">
      <w:pPr>
        <w:spacing w:after="120"/>
        <w:rPr>
          <w:rFonts w:ascii="TH SarabunPSK" w:hAnsi="TH SarabunPSK" w:cs="TH SarabunPSK"/>
          <w:sz w:val="32"/>
          <w:szCs w:val="32"/>
        </w:rPr>
      </w:pPr>
      <w:r w:rsidRPr="006032AF">
        <w:rPr>
          <w:rFonts w:ascii="TH SarabunPSK" w:hAnsi="TH SarabunPSK" w:cs="TH SarabunPSK"/>
          <w:sz w:val="32"/>
          <w:szCs w:val="32"/>
        </w:rPr>
        <w:t xml:space="preserve">     (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ชื่อ</w:t>
      </w:r>
      <w:proofErr w:type="spellEnd"/>
      <w:r w:rsidRPr="006032AF">
        <w:rPr>
          <w:rFonts w:ascii="TH SarabunPSK" w:hAnsi="TH SarabunPSK" w:cs="TH SarabunPSK"/>
          <w:sz w:val="32"/>
          <w:szCs w:val="32"/>
        </w:rPr>
        <w:t xml:space="preserve"> - </w:t>
      </w:r>
      <w:proofErr w:type="spellStart"/>
      <w:r w:rsidRPr="006032AF">
        <w:rPr>
          <w:rFonts w:ascii="TH SarabunPSK" w:hAnsi="TH SarabunPSK" w:cs="TH SarabunPSK"/>
          <w:sz w:val="32"/>
          <w:szCs w:val="32"/>
        </w:rPr>
        <w:t>นามสกุล</w:t>
      </w:r>
      <w:proofErr w:type="spellEnd"/>
      <w:r w:rsidRPr="006032AF">
        <w:rPr>
          <w:rFonts w:ascii="TH SarabunPSK" w:hAnsi="TH SarabunPSK" w:cs="TH SarabunPSK"/>
          <w:sz w:val="32"/>
          <w:szCs w:val="32"/>
        </w:rPr>
        <w:t>) .................................................</w:t>
      </w:r>
      <w:r w:rsidR="006032AF">
        <w:rPr>
          <w:rFonts w:ascii="TH SarabunPSK" w:hAnsi="TH SarabunPSK" w:cs="TH SarabunPSK"/>
          <w:sz w:val="32"/>
          <w:szCs w:val="32"/>
        </w:rPr>
        <w:t>............</w:t>
      </w:r>
      <w:r w:rsidRPr="006032AF">
        <w:rPr>
          <w:rFonts w:ascii="TH SarabunPSK" w:hAnsi="TH SarabunPSK" w:cs="TH SarabunPSK"/>
          <w:sz w:val="32"/>
          <w:szCs w:val="32"/>
        </w:rPr>
        <w:t>............ หมายเลขโทรศัพท์..............</w:t>
      </w:r>
      <w:r w:rsidR="006032AF">
        <w:rPr>
          <w:rFonts w:ascii="TH SarabunPSK" w:hAnsi="TH SarabunPSK" w:cs="TH SarabunPSK"/>
          <w:sz w:val="32"/>
          <w:szCs w:val="32"/>
        </w:rPr>
        <w:t>.</w:t>
      </w:r>
      <w:r w:rsidRPr="006032AF">
        <w:rPr>
          <w:rFonts w:ascii="TH SarabunPSK" w:hAnsi="TH SarabunPSK" w:cs="TH SarabunPSK"/>
          <w:sz w:val="32"/>
          <w:szCs w:val="32"/>
        </w:rPr>
        <w:t>..................................</w:t>
      </w:r>
    </w:p>
    <w:p w14:paraId="2C0608BF" w14:textId="611BD5F6" w:rsidR="009456CF" w:rsidRPr="006032AF" w:rsidRDefault="009456CF" w:rsidP="00580774">
      <w:pPr>
        <w:shd w:val="clear" w:color="auto" w:fill="B6DDE8" w:themeFill="accent5" w:themeFillTint="66"/>
        <w:spacing w:after="240"/>
        <w:rPr>
          <w:rFonts w:ascii="TH SarabunPSK" w:hAnsi="TH SarabunPSK" w:cs="TH SarabunPSK"/>
          <w:sz w:val="32"/>
          <w:szCs w:val="32"/>
        </w:rPr>
      </w:pPr>
      <w:proofErr w:type="spellStart"/>
      <w:r w:rsidRPr="006032AF">
        <w:rPr>
          <w:rFonts w:ascii="TH SarabunPSK" w:hAnsi="TH SarabunPSK" w:cs="TH SarabunPSK"/>
          <w:b/>
          <w:sz w:val="32"/>
          <w:szCs w:val="32"/>
        </w:rPr>
        <w:t>ส่วนที่</w:t>
      </w:r>
      <w:proofErr w:type="spellEnd"/>
      <w:r w:rsidRPr="006032AF">
        <w:rPr>
          <w:rFonts w:ascii="TH SarabunPSK" w:hAnsi="TH SarabunPSK" w:cs="TH SarabunPSK"/>
          <w:b/>
          <w:sz w:val="32"/>
          <w:szCs w:val="32"/>
        </w:rPr>
        <w:t xml:space="preserve"> 2 : </w:t>
      </w:r>
      <w:proofErr w:type="spellStart"/>
      <w:r w:rsidRPr="006032AF">
        <w:rPr>
          <w:rFonts w:ascii="TH SarabunPSK" w:hAnsi="TH SarabunPSK" w:cs="TH SarabunPSK"/>
          <w:b/>
          <w:sz w:val="32"/>
          <w:szCs w:val="32"/>
        </w:rPr>
        <w:t>ประวัติการศึกษาและประสบการณ์การทำงาน</w:t>
      </w:r>
      <w:proofErr w:type="spellEnd"/>
      <w:r w:rsidRPr="006032AF">
        <w:rPr>
          <w:rFonts w:ascii="TH SarabunPSK" w:hAnsi="TH SarabunPSK" w:cs="TH SarabunPSK"/>
          <w:b/>
          <w:sz w:val="32"/>
          <w:szCs w:val="32"/>
        </w:rPr>
        <w:t xml:space="preserve"> </w:t>
      </w:r>
      <w:proofErr w:type="spellStart"/>
      <w:r w:rsidRPr="006032AF">
        <w:rPr>
          <w:rFonts w:ascii="TH SarabunPSK" w:hAnsi="TH SarabunPSK" w:cs="TH SarabunPSK"/>
          <w:b/>
          <w:sz w:val="32"/>
          <w:szCs w:val="32"/>
        </w:rPr>
        <w:t>และความสามารถที่เกี่ยวข้อง</w:t>
      </w:r>
      <w:proofErr w:type="spellEnd"/>
      <w:r w:rsidR="00580774">
        <w:rPr>
          <w:rFonts w:ascii="TH SarabunPSK" w:hAnsi="TH SarabunPSK" w:cs="TH SarabunPSK"/>
          <w:b/>
          <w:sz w:val="32"/>
          <w:szCs w:val="32"/>
        </w:rPr>
        <w:t xml:space="preserve">                                 </w:t>
      </w:r>
    </w:p>
    <w:p w14:paraId="7E8A6006" w14:textId="77777777" w:rsidR="009456CF" w:rsidRPr="006032AF" w:rsidRDefault="009456CF" w:rsidP="009456CF">
      <w:pPr>
        <w:spacing w:after="120"/>
        <w:rPr>
          <w:rFonts w:ascii="TH SarabunPSK" w:hAnsi="TH SarabunPSK" w:cs="TH SarabunPSK"/>
          <w:sz w:val="32"/>
          <w:szCs w:val="32"/>
        </w:rPr>
      </w:pPr>
      <w:r w:rsidRPr="006032AF">
        <w:rPr>
          <w:rFonts w:ascii="TH SarabunPSK" w:hAnsi="TH SarabunPSK" w:cs="TH SarabunPSK"/>
          <w:b/>
          <w:sz w:val="32"/>
          <w:szCs w:val="32"/>
        </w:rPr>
        <w:t xml:space="preserve">10. </w:t>
      </w:r>
      <w:proofErr w:type="spellStart"/>
      <w:r w:rsidRPr="006032AF">
        <w:rPr>
          <w:rFonts w:ascii="TH SarabunPSK" w:hAnsi="TH SarabunPSK" w:cs="TH SarabunPSK"/>
          <w:b/>
          <w:sz w:val="32"/>
          <w:szCs w:val="32"/>
        </w:rPr>
        <w:t>ประวัติการศึกษา</w:t>
      </w:r>
      <w:proofErr w:type="spellEnd"/>
    </w:p>
    <w:tbl>
      <w:tblPr>
        <w:tblStyle w:val="TableGrid"/>
        <w:tblW w:w="9990" w:type="dxa"/>
        <w:tblInd w:w="-185" w:type="dxa"/>
        <w:tblLook w:val="04A0" w:firstRow="1" w:lastRow="0" w:firstColumn="1" w:lastColumn="0" w:noHBand="0" w:noVBand="1"/>
      </w:tblPr>
      <w:tblGrid>
        <w:gridCol w:w="1710"/>
        <w:gridCol w:w="3150"/>
        <w:gridCol w:w="2970"/>
        <w:gridCol w:w="2160"/>
      </w:tblGrid>
      <w:tr w:rsidR="009456CF" w:rsidRPr="009456CF" w14:paraId="727F019A" w14:textId="77777777" w:rsidTr="00580774">
        <w:tc>
          <w:tcPr>
            <w:tcW w:w="1710" w:type="dxa"/>
            <w:shd w:val="clear" w:color="auto" w:fill="E6E6E6"/>
          </w:tcPr>
          <w:p w14:paraId="1D92C1D0" w14:textId="77777777" w:rsidR="009456CF" w:rsidRPr="009456CF" w:rsidRDefault="009456CF" w:rsidP="009456CF">
            <w:pPr>
              <w:jc w:val="center"/>
              <w:rPr>
                <w:rFonts w:ascii="TH Sarabun PSK" w:hAnsi="TH Sarabun PSK" w:hint="eastAsia"/>
                <w:sz w:val="32"/>
              </w:rPr>
            </w:pPr>
            <w:proofErr w:type="spellStart"/>
            <w:r w:rsidRPr="009456CF">
              <w:rPr>
                <w:rFonts w:ascii="TH Sarabun PSK" w:hAnsi="TH Sarabun PSK"/>
                <w:b/>
                <w:sz w:val="32"/>
              </w:rPr>
              <w:t>ระดับ</w:t>
            </w:r>
            <w:proofErr w:type="spellEnd"/>
          </w:p>
        </w:tc>
        <w:tc>
          <w:tcPr>
            <w:tcW w:w="3150" w:type="dxa"/>
            <w:shd w:val="clear" w:color="auto" w:fill="E6E6E6"/>
          </w:tcPr>
          <w:p w14:paraId="22221750" w14:textId="77777777" w:rsidR="009456CF" w:rsidRPr="009456CF" w:rsidRDefault="009456CF" w:rsidP="009456CF">
            <w:pPr>
              <w:jc w:val="center"/>
              <w:rPr>
                <w:rFonts w:ascii="TH Sarabun PSK" w:hAnsi="TH Sarabun PSK" w:hint="eastAsia"/>
                <w:sz w:val="32"/>
              </w:rPr>
            </w:pPr>
            <w:proofErr w:type="spellStart"/>
            <w:r w:rsidRPr="009456CF">
              <w:rPr>
                <w:rFonts w:ascii="TH Sarabun PSK" w:hAnsi="TH Sarabun PSK"/>
                <w:b/>
                <w:sz w:val="32"/>
              </w:rPr>
              <w:t>วุฒิการศึกษา</w:t>
            </w:r>
            <w:proofErr w:type="spellEnd"/>
          </w:p>
        </w:tc>
        <w:tc>
          <w:tcPr>
            <w:tcW w:w="2970" w:type="dxa"/>
            <w:shd w:val="clear" w:color="auto" w:fill="E6E6E6"/>
          </w:tcPr>
          <w:p w14:paraId="10E52E3C" w14:textId="77777777" w:rsidR="009456CF" w:rsidRPr="009456CF" w:rsidRDefault="009456CF" w:rsidP="009456CF">
            <w:pPr>
              <w:jc w:val="center"/>
              <w:rPr>
                <w:rFonts w:ascii="TH Sarabun PSK" w:hAnsi="TH Sarabun PSK" w:hint="eastAsia"/>
                <w:sz w:val="32"/>
              </w:rPr>
            </w:pPr>
            <w:proofErr w:type="spellStart"/>
            <w:r w:rsidRPr="009456CF">
              <w:rPr>
                <w:rFonts w:ascii="TH Sarabun PSK" w:hAnsi="TH Sarabun PSK"/>
                <w:b/>
                <w:sz w:val="32"/>
              </w:rPr>
              <w:t>สถาบันการศึกษา</w:t>
            </w:r>
            <w:proofErr w:type="spellEnd"/>
          </w:p>
        </w:tc>
        <w:tc>
          <w:tcPr>
            <w:tcW w:w="2160" w:type="dxa"/>
            <w:shd w:val="clear" w:color="auto" w:fill="E6E6E6"/>
          </w:tcPr>
          <w:p w14:paraId="432B62ED" w14:textId="77777777" w:rsidR="009456CF" w:rsidRPr="009456CF" w:rsidRDefault="009456CF" w:rsidP="009456CF">
            <w:pPr>
              <w:jc w:val="center"/>
              <w:rPr>
                <w:rFonts w:ascii="TH Sarabun PSK" w:hAnsi="TH Sarabun PSK" w:hint="eastAsia"/>
                <w:sz w:val="32"/>
              </w:rPr>
            </w:pPr>
            <w:proofErr w:type="spellStart"/>
            <w:r w:rsidRPr="009456CF">
              <w:rPr>
                <w:rFonts w:ascii="TH Sarabun PSK" w:hAnsi="TH Sarabun PSK"/>
                <w:b/>
                <w:sz w:val="32"/>
              </w:rPr>
              <w:t>ปีที่สำเร็จการศึกษา</w:t>
            </w:r>
            <w:proofErr w:type="spellEnd"/>
          </w:p>
        </w:tc>
      </w:tr>
      <w:tr w:rsidR="009456CF" w:rsidRPr="009456CF" w14:paraId="0EEFC554" w14:textId="77777777" w:rsidTr="00580774">
        <w:tc>
          <w:tcPr>
            <w:tcW w:w="1710" w:type="dxa"/>
          </w:tcPr>
          <w:p w14:paraId="0D6D532E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  <w:proofErr w:type="spellStart"/>
            <w:r w:rsidRPr="009456CF">
              <w:rPr>
                <w:rFonts w:ascii="TH Sarabun PSK" w:hAnsi="TH Sarabun PSK"/>
                <w:sz w:val="32"/>
              </w:rPr>
              <w:t>ปริญญาเอก</w:t>
            </w:r>
            <w:proofErr w:type="spellEnd"/>
          </w:p>
        </w:tc>
        <w:tc>
          <w:tcPr>
            <w:tcW w:w="3150" w:type="dxa"/>
          </w:tcPr>
          <w:p w14:paraId="361CC448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</w:p>
        </w:tc>
        <w:tc>
          <w:tcPr>
            <w:tcW w:w="2970" w:type="dxa"/>
          </w:tcPr>
          <w:p w14:paraId="08A2DD52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</w:p>
        </w:tc>
        <w:tc>
          <w:tcPr>
            <w:tcW w:w="2160" w:type="dxa"/>
          </w:tcPr>
          <w:p w14:paraId="6B113A20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</w:p>
        </w:tc>
      </w:tr>
      <w:tr w:rsidR="009456CF" w:rsidRPr="009456CF" w14:paraId="77CF6BBB" w14:textId="77777777" w:rsidTr="00580774">
        <w:tc>
          <w:tcPr>
            <w:tcW w:w="1710" w:type="dxa"/>
          </w:tcPr>
          <w:p w14:paraId="1F71E9FB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  <w:proofErr w:type="spellStart"/>
            <w:r w:rsidRPr="009456CF">
              <w:rPr>
                <w:rFonts w:ascii="TH Sarabun PSK" w:hAnsi="TH Sarabun PSK"/>
                <w:sz w:val="32"/>
              </w:rPr>
              <w:t>ปริญญาโท</w:t>
            </w:r>
            <w:proofErr w:type="spellEnd"/>
          </w:p>
        </w:tc>
        <w:tc>
          <w:tcPr>
            <w:tcW w:w="3150" w:type="dxa"/>
          </w:tcPr>
          <w:p w14:paraId="7029FA14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</w:p>
        </w:tc>
        <w:tc>
          <w:tcPr>
            <w:tcW w:w="2970" w:type="dxa"/>
          </w:tcPr>
          <w:p w14:paraId="156BBE70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</w:p>
        </w:tc>
        <w:tc>
          <w:tcPr>
            <w:tcW w:w="2160" w:type="dxa"/>
          </w:tcPr>
          <w:p w14:paraId="61759B30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</w:p>
        </w:tc>
      </w:tr>
      <w:tr w:rsidR="009456CF" w:rsidRPr="009456CF" w14:paraId="48864C07" w14:textId="77777777" w:rsidTr="00580774">
        <w:tc>
          <w:tcPr>
            <w:tcW w:w="1710" w:type="dxa"/>
          </w:tcPr>
          <w:p w14:paraId="6B64E954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  <w:proofErr w:type="spellStart"/>
            <w:r w:rsidRPr="009456CF">
              <w:rPr>
                <w:rFonts w:ascii="TH Sarabun PSK" w:hAnsi="TH Sarabun PSK"/>
                <w:sz w:val="32"/>
              </w:rPr>
              <w:t>ปริญญาตรี</w:t>
            </w:r>
            <w:proofErr w:type="spellEnd"/>
          </w:p>
        </w:tc>
        <w:tc>
          <w:tcPr>
            <w:tcW w:w="3150" w:type="dxa"/>
          </w:tcPr>
          <w:p w14:paraId="19583A39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</w:p>
        </w:tc>
        <w:tc>
          <w:tcPr>
            <w:tcW w:w="2970" w:type="dxa"/>
          </w:tcPr>
          <w:p w14:paraId="68BE562D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</w:p>
        </w:tc>
        <w:tc>
          <w:tcPr>
            <w:tcW w:w="2160" w:type="dxa"/>
          </w:tcPr>
          <w:p w14:paraId="68FCE266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</w:p>
        </w:tc>
      </w:tr>
      <w:tr w:rsidR="009456CF" w:rsidRPr="009456CF" w14:paraId="3FB14C1C" w14:textId="77777777" w:rsidTr="00580774">
        <w:tc>
          <w:tcPr>
            <w:tcW w:w="1710" w:type="dxa"/>
          </w:tcPr>
          <w:p w14:paraId="631F94BD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  <w:proofErr w:type="spellStart"/>
            <w:r w:rsidRPr="009456CF">
              <w:rPr>
                <w:rFonts w:ascii="TH Sarabun PSK" w:hAnsi="TH Sarabun PSK"/>
                <w:sz w:val="32"/>
              </w:rPr>
              <w:t>อื่นๆ</w:t>
            </w:r>
            <w:proofErr w:type="spellEnd"/>
          </w:p>
        </w:tc>
        <w:tc>
          <w:tcPr>
            <w:tcW w:w="3150" w:type="dxa"/>
          </w:tcPr>
          <w:p w14:paraId="4D99FB97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</w:p>
        </w:tc>
        <w:tc>
          <w:tcPr>
            <w:tcW w:w="2970" w:type="dxa"/>
          </w:tcPr>
          <w:p w14:paraId="27559D09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</w:p>
        </w:tc>
        <w:tc>
          <w:tcPr>
            <w:tcW w:w="2160" w:type="dxa"/>
          </w:tcPr>
          <w:p w14:paraId="1A761932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</w:p>
        </w:tc>
      </w:tr>
    </w:tbl>
    <w:p w14:paraId="7DF32D1C" w14:textId="77777777" w:rsidR="006032AF" w:rsidRDefault="006032AF" w:rsidP="009456CF">
      <w:pPr>
        <w:spacing w:after="120"/>
        <w:rPr>
          <w:rFonts w:ascii="TH Sarabun PSK" w:hAnsi="TH Sarabun PSK" w:hint="eastAsia"/>
          <w:b/>
          <w:sz w:val="32"/>
        </w:rPr>
      </w:pPr>
    </w:p>
    <w:p w14:paraId="02B44E0F" w14:textId="77777777" w:rsidR="00997ED8" w:rsidRDefault="00997ED8" w:rsidP="009456CF">
      <w:pPr>
        <w:spacing w:after="120"/>
        <w:rPr>
          <w:rFonts w:ascii="TH Sarabun PSK" w:hAnsi="TH Sarabun PSK" w:hint="eastAsia"/>
          <w:b/>
          <w:sz w:val="32"/>
        </w:rPr>
      </w:pPr>
    </w:p>
    <w:p w14:paraId="15C8A840" w14:textId="77777777" w:rsidR="00997ED8" w:rsidRDefault="00997ED8" w:rsidP="009456CF">
      <w:pPr>
        <w:spacing w:after="120"/>
        <w:rPr>
          <w:rFonts w:ascii="TH Sarabun PSK" w:hAnsi="TH Sarabun PSK" w:hint="eastAsia"/>
          <w:b/>
          <w:sz w:val="32"/>
        </w:rPr>
      </w:pPr>
    </w:p>
    <w:p w14:paraId="139C49A9" w14:textId="33198205" w:rsidR="009456CF" w:rsidRPr="009456CF" w:rsidRDefault="009456CF" w:rsidP="009456CF">
      <w:pPr>
        <w:spacing w:after="120"/>
        <w:rPr>
          <w:rFonts w:ascii="TH Sarabun PSK" w:hAnsi="TH Sarabun PSK" w:hint="eastAsia"/>
          <w:sz w:val="32"/>
        </w:rPr>
      </w:pPr>
      <w:r w:rsidRPr="009456CF">
        <w:rPr>
          <w:rFonts w:ascii="TH Sarabun PSK" w:hAnsi="TH Sarabun PSK"/>
          <w:b/>
          <w:sz w:val="32"/>
        </w:rPr>
        <w:lastRenderedPageBreak/>
        <w:t xml:space="preserve">11. </w:t>
      </w:r>
      <w:proofErr w:type="spellStart"/>
      <w:r w:rsidRPr="00580774">
        <w:rPr>
          <w:rFonts w:ascii="TH SarabunPSK" w:hAnsi="TH SarabunPSK" w:cs="TH SarabunPSK"/>
          <w:b/>
          <w:sz w:val="32"/>
        </w:rPr>
        <w:t>ประวัติการทำงาน</w:t>
      </w:r>
      <w:proofErr w:type="spellEnd"/>
      <w:r w:rsidRPr="009456CF">
        <w:rPr>
          <w:rFonts w:ascii="TH Sarabun PSK" w:hAnsi="TH Sarabun PSK"/>
          <w:b/>
          <w:sz w:val="32"/>
        </w:rPr>
        <w:t xml:space="preserve"> (</w:t>
      </w:r>
      <w:r w:rsidR="00755D72" w:rsidRPr="00755D72">
        <w:rPr>
          <w:rFonts w:ascii="TH SarabunPSK" w:hAnsi="TH SarabunPSK" w:cs="TH SarabunPSK"/>
          <w:bCs/>
          <w:sz w:val="32"/>
          <w:szCs w:val="32"/>
          <w:cs/>
          <w:lang w:bidi="th-TH"/>
        </w:rPr>
        <w:t>เรียงลำ</w:t>
      </w:r>
      <w:proofErr w:type="spellStart"/>
      <w:r w:rsidRPr="009456CF">
        <w:rPr>
          <w:rFonts w:ascii="TH Sarabun PSK" w:hAnsi="TH Sarabun PSK"/>
          <w:b/>
          <w:sz w:val="32"/>
        </w:rPr>
        <w:t>ดับจากปัจจุบัน</w:t>
      </w:r>
      <w:proofErr w:type="spellEnd"/>
      <w:r w:rsidRPr="009456CF">
        <w:rPr>
          <w:rFonts w:ascii="TH Sarabun PSK" w:hAnsi="TH Sarabun PSK"/>
          <w:b/>
          <w:sz w:val="32"/>
        </w:rPr>
        <w:t xml:space="preserve"> </w:t>
      </w:r>
      <w:proofErr w:type="spellStart"/>
      <w:r w:rsidRPr="009456CF">
        <w:rPr>
          <w:rFonts w:ascii="TH Sarabun PSK" w:hAnsi="TH Sarabun PSK"/>
          <w:b/>
          <w:sz w:val="32"/>
        </w:rPr>
        <w:t>ย้อนไปอดีต</w:t>
      </w:r>
      <w:proofErr w:type="spellEnd"/>
      <w:r w:rsidRPr="009456CF">
        <w:rPr>
          <w:rFonts w:ascii="TH Sarabun PSK" w:hAnsi="TH Sarabun PSK"/>
          <w:b/>
          <w:sz w:val="32"/>
        </w:rPr>
        <w:t>)</w:t>
      </w:r>
    </w:p>
    <w:tbl>
      <w:tblPr>
        <w:tblStyle w:val="TableGrid"/>
        <w:tblW w:w="9990" w:type="dxa"/>
        <w:tblInd w:w="-185" w:type="dxa"/>
        <w:tblLook w:val="04A0" w:firstRow="1" w:lastRow="0" w:firstColumn="1" w:lastColumn="0" w:noHBand="0" w:noVBand="1"/>
      </w:tblPr>
      <w:tblGrid>
        <w:gridCol w:w="810"/>
        <w:gridCol w:w="3690"/>
        <w:gridCol w:w="3150"/>
        <w:gridCol w:w="2340"/>
      </w:tblGrid>
      <w:tr w:rsidR="009456CF" w:rsidRPr="009456CF" w14:paraId="45BFE43F" w14:textId="77777777" w:rsidTr="004A072C">
        <w:tc>
          <w:tcPr>
            <w:tcW w:w="810" w:type="dxa"/>
            <w:shd w:val="clear" w:color="auto" w:fill="E6E6E6"/>
          </w:tcPr>
          <w:p w14:paraId="6DC29B9A" w14:textId="77777777" w:rsidR="009456CF" w:rsidRPr="009456CF" w:rsidRDefault="009456CF" w:rsidP="009456CF">
            <w:pPr>
              <w:jc w:val="center"/>
              <w:rPr>
                <w:rFonts w:ascii="TH Sarabun PSK" w:hAnsi="TH Sarabun PSK" w:hint="eastAsia"/>
                <w:sz w:val="32"/>
              </w:rPr>
            </w:pPr>
            <w:proofErr w:type="spellStart"/>
            <w:r w:rsidRPr="009456CF">
              <w:rPr>
                <w:rFonts w:ascii="TH Sarabun PSK" w:hAnsi="TH Sarabun PSK"/>
                <w:b/>
                <w:sz w:val="32"/>
              </w:rPr>
              <w:t>ลำดับ</w:t>
            </w:r>
            <w:proofErr w:type="spellEnd"/>
          </w:p>
        </w:tc>
        <w:tc>
          <w:tcPr>
            <w:tcW w:w="3690" w:type="dxa"/>
            <w:shd w:val="clear" w:color="auto" w:fill="E6E6E6"/>
          </w:tcPr>
          <w:p w14:paraId="5DD86086" w14:textId="77777777" w:rsidR="009456CF" w:rsidRPr="009456CF" w:rsidRDefault="009456CF" w:rsidP="009456CF">
            <w:pPr>
              <w:jc w:val="center"/>
              <w:rPr>
                <w:rFonts w:ascii="TH Sarabun PSK" w:hAnsi="TH Sarabun PSK" w:hint="eastAsia"/>
                <w:sz w:val="32"/>
              </w:rPr>
            </w:pPr>
            <w:proofErr w:type="spellStart"/>
            <w:r w:rsidRPr="009456CF">
              <w:rPr>
                <w:rFonts w:ascii="TH Sarabun PSK" w:hAnsi="TH Sarabun PSK"/>
                <w:b/>
                <w:sz w:val="32"/>
              </w:rPr>
              <w:t>สถานที่ทำงาน</w:t>
            </w:r>
            <w:proofErr w:type="spellEnd"/>
          </w:p>
        </w:tc>
        <w:tc>
          <w:tcPr>
            <w:tcW w:w="3150" w:type="dxa"/>
            <w:shd w:val="clear" w:color="auto" w:fill="E6E6E6"/>
          </w:tcPr>
          <w:p w14:paraId="50FBDF01" w14:textId="77777777" w:rsidR="009456CF" w:rsidRPr="009456CF" w:rsidRDefault="009456CF" w:rsidP="009456CF">
            <w:pPr>
              <w:jc w:val="center"/>
              <w:rPr>
                <w:rFonts w:ascii="TH Sarabun PSK" w:hAnsi="TH Sarabun PSK" w:hint="eastAsia"/>
                <w:sz w:val="32"/>
              </w:rPr>
            </w:pPr>
            <w:proofErr w:type="spellStart"/>
            <w:r w:rsidRPr="009456CF">
              <w:rPr>
                <w:rFonts w:ascii="TH Sarabun PSK" w:hAnsi="TH Sarabun PSK"/>
                <w:b/>
                <w:sz w:val="32"/>
              </w:rPr>
              <w:t>ตำแหน่ง</w:t>
            </w:r>
            <w:proofErr w:type="spellEnd"/>
          </w:p>
        </w:tc>
        <w:tc>
          <w:tcPr>
            <w:tcW w:w="2340" w:type="dxa"/>
            <w:shd w:val="clear" w:color="auto" w:fill="E6E6E6"/>
          </w:tcPr>
          <w:p w14:paraId="69A6F989" w14:textId="77777777" w:rsidR="009456CF" w:rsidRPr="009456CF" w:rsidRDefault="009456CF" w:rsidP="009456CF">
            <w:pPr>
              <w:jc w:val="center"/>
              <w:rPr>
                <w:rFonts w:ascii="TH Sarabun PSK" w:hAnsi="TH Sarabun PSK" w:hint="eastAsia"/>
                <w:sz w:val="32"/>
              </w:rPr>
            </w:pPr>
            <w:proofErr w:type="spellStart"/>
            <w:r w:rsidRPr="009456CF">
              <w:rPr>
                <w:rFonts w:ascii="TH Sarabun PSK" w:hAnsi="TH Sarabun PSK"/>
                <w:b/>
                <w:sz w:val="32"/>
              </w:rPr>
              <w:t>ระยะเวลา</w:t>
            </w:r>
            <w:proofErr w:type="spellEnd"/>
          </w:p>
        </w:tc>
      </w:tr>
      <w:tr w:rsidR="009456CF" w:rsidRPr="009456CF" w14:paraId="32922E4A" w14:textId="77777777" w:rsidTr="004A072C">
        <w:tc>
          <w:tcPr>
            <w:tcW w:w="810" w:type="dxa"/>
          </w:tcPr>
          <w:p w14:paraId="6DA418CE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</w:p>
        </w:tc>
        <w:tc>
          <w:tcPr>
            <w:tcW w:w="3690" w:type="dxa"/>
          </w:tcPr>
          <w:p w14:paraId="4B588175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</w:p>
        </w:tc>
        <w:tc>
          <w:tcPr>
            <w:tcW w:w="3150" w:type="dxa"/>
          </w:tcPr>
          <w:p w14:paraId="1D6B51A1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</w:p>
        </w:tc>
        <w:tc>
          <w:tcPr>
            <w:tcW w:w="2340" w:type="dxa"/>
          </w:tcPr>
          <w:p w14:paraId="39274516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</w:p>
        </w:tc>
      </w:tr>
      <w:tr w:rsidR="009456CF" w:rsidRPr="009456CF" w14:paraId="2B3F189B" w14:textId="77777777" w:rsidTr="004A072C">
        <w:tc>
          <w:tcPr>
            <w:tcW w:w="810" w:type="dxa"/>
          </w:tcPr>
          <w:p w14:paraId="2D06A9CC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</w:p>
        </w:tc>
        <w:tc>
          <w:tcPr>
            <w:tcW w:w="3690" w:type="dxa"/>
          </w:tcPr>
          <w:p w14:paraId="73ACB393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</w:p>
        </w:tc>
        <w:tc>
          <w:tcPr>
            <w:tcW w:w="3150" w:type="dxa"/>
          </w:tcPr>
          <w:p w14:paraId="4371FEA5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</w:p>
        </w:tc>
        <w:tc>
          <w:tcPr>
            <w:tcW w:w="2340" w:type="dxa"/>
          </w:tcPr>
          <w:p w14:paraId="0742DDAE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</w:p>
        </w:tc>
      </w:tr>
      <w:tr w:rsidR="009456CF" w:rsidRPr="009456CF" w14:paraId="376BD4CF" w14:textId="77777777" w:rsidTr="004A072C">
        <w:tc>
          <w:tcPr>
            <w:tcW w:w="810" w:type="dxa"/>
          </w:tcPr>
          <w:p w14:paraId="2E9FB539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</w:p>
        </w:tc>
        <w:tc>
          <w:tcPr>
            <w:tcW w:w="3690" w:type="dxa"/>
          </w:tcPr>
          <w:p w14:paraId="3FF8070D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</w:p>
        </w:tc>
        <w:tc>
          <w:tcPr>
            <w:tcW w:w="3150" w:type="dxa"/>
          </w:tcPr>
          <w:p w14:paraId="2933522B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</w:p>
        </w:tc>
        <w:tc>
          <w:tcPr>
            <w:tcW w:w="2340" w:type="dxa"/>
          </w:tcPr>
          <w:p w14:paraId="30E40A4C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</w:p>
        </w:tc>
      </w:tr>
      <w:tr w:rsidR="009456CF" w:rsidRPr="009456CF" w14:paraId="4EC329D4" w14:textId="77777777" w:rsidTr="004A072C">
        <w:tc>
          <w:tcPr>
            <w:tcW w:w="810" w:type="dxa"/>
          </w:tcPr>
          <w:p w14:paraId="3ECFE2D0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</w:p>
        </w:tc>
        <w:tc>
          <w:tcPr>
            <w:tcW w:w="3690" w:type="dxa"/>
          </w:tcPr>
          <w:p w14:paraId="483D28B1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</w:p>
        </w:tc>
        <w:tc>
          <w:tcPr>
            <w:tcW w:w="3150" w:type="dxa"/>
          </w:tcPr>
          <w:p w14:paraId="6D4EF40D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</w:p>
        </w:tc>
        <w:tc>
          <w:tcPr>
            <w:tcW w:w="2340" w:type="dxa"/>
          </w:tcPr>
          <w:p w14:paraId="08F58A31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</w:p>
        </w:tc>
      </w:tr>
      <w:tr w:rsidR="009456CF" w:rsidRPr="009456CF" w14:paraId="682EFE09" w14:textId="77777777" w:rsidTr="004A072C">
        <w:tc>
          <w:tcPr>
            <w:tcW w:w="810" w:type="dxa"/>
          </w:tcPr>
          <w:p w14:paraId="3028946A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</w:p>
        </w:tc>
        <w:tc>
          <w:tcPr>
            <w:tcW w:w="3690" w:type="dxa"/>
          </w:tcPr>
          <w:p w14:paraId="1FD27DA7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</w:p>
        </w:tc>
        <w:tc>
          <w:tcPr>
            <w:tcW w:w="3150" w:type="dxa"/>
          </w:tcPr>
          <w:p w14:paraId="692B2CA8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</w:p>
        </w:tc>
        <w:tc>
          <w:tcPr>
            <w:tcW w:w="2340" w:type="dxa"/>
          </w:tcPr>
          <w:p w14:paraId="385D23B1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</w:p>
        </w:tc>
      </w:tr>
      <w:tr w:rsidR="009456CF" w:rsidRPr="009456CF" w14:paraId="63261774" w14:textId="77777777" w:rsidTr="004A072C">
        <w:tc>
          <w:tcPr>
            <w:tcW w:w="810" w:type="dxa"/>
          </w:tcPr>
          <w:p w14:paraId="6DD49D12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</w:p>
        </w:tc>
        <w:tc>
          <w:tcPr>
            <w:tcW w:w="3690" w:type="dxa"/>
          </w:tcPr>
          <w:p w14:paraId="109ABAC5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</w:p>
        </w:tc>
        <w:tc>
          <w:tcPr>
            <w:tcW w:w="3150" w:type="dxa"/>
          </w:tcPr>
          <w:p w14:paraId="1AFBDB87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</w:p>
        </w:tc>
        <w:tc>
          <w:tcPr>
            <w:tcW w:w="2340" w:type="dxa"/>
          </w:tcPr>
          <w:p w14:paraId="4B219A37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</w:p>
        </w:tc>
      </w:tr>
      <w:tr w:rsidR="009456CF" w:rsidRPr="009456CF" w14:paraId="3EDF5444" w14:textId="77777777" w:rsidTr="004A072C">
        <w:tc>
          <w:tcPr>
            <w:tcW w:w="810" w:type="dxa"/>
          </w:tcPr>
          <w:p w14:paraId="0D9DC338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</w:p>
        </w:tc>
        <w:tc>
          <w:tcPr>
            <w:tcW w:w="3690" w:type="dxa"/>
          </w:tcPr>
          <w:p w14:paraId="7856FA35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</w:p>
        </w:tc>
        <w:tc>
          <w:tcPr>
            <w:tcW w:w="3150" w:type="dxa"/>
          </w:tcPr>
          <w:p w14:paraId="3BC9AC4E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</w:p>
        </w:tc>
        <w:tc>
          <w:tcPr>
            <w:tcW w:w="2340" w:type="dxa"/>
          </w:tcPr>
          <w:p w14:paraId="42E3F94A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</w:p>
        </w:tc>
      </w:tr>
    </w:tbl>
    <w:p w14:paraId="1A707BEC" w14:textId="0EF0AF0F" w:rsidR="009456CF" w:rsidRPr="009456CF" w:rsidRDefault="009456CF" w:rsidP="009456CF">
      <w:pPr>
        <w:spacing w:after="120"/>
        <w:rPr>
          <w:rFonts w:ascii="TH Sarabun PSK" w:hAnsi="TH Sarabun PSK" w:hint="eastAsia"/>
          <w:sz w:val="32"/>
        </w:rPr>
      </w:pPr>
      <w:r w:rsidRPr="009456CF">
        <w:rPr>
          <w:rFonts w:ascii="TH Sarabun PSK" w:hAnsi="TH Sarabun PSK"/>
          <w:b/>
          <w:sz w:val="32"/>
        </w:rPr>
        <w:t xml:space="preserve">12. </w:t>
      </w:r>
      <w:proofErr w:type="spellStart"/>
      <w:r w:rsidRPr="009456CF">
        <w:rPr>
          <w:rFonts w:ascii="TH Sarabun PSK" w:hAnsi="TH Sarabun PSK"/>
          <w:b/>
          <w:sz w:val="32"/>
        </w:rPr>
        <w:t>ประวัติการฝึกอบรม</w:t>
      </w:r>
      <w:proofErr w:type="spellEnd"/>
      <w:r w:rsidRPr="009456CF">
        <w:rPr>
          <w:rFonts w:ascii="TH Sarabun PSK" w:hAnsi="TH Sarabun PSK"/>
          <w:b/>
          <w:sz w:val="32"/>
        </w:rPr>
        <w:t xml:space="preserve"> </w:t>
      </w:r>
      <w:proofErr w:type="spellStart"/>
      <w:r w:rsidRPr="009456CF">
        <w:rPr>
          <w:rFonts w:ascii="TH Sarabun PSK" w:hAnsi="TH Sarabun PSK"/>
          <w:b/>
          <w:sz w:val="32"/>
        </w:rPr>
        <w:t>หรือประกาศนียบัตรอื่นๆ</w:t>
      </w:r>
      <w:proofErr w:type="spellEnd"/>
      <w:r w:rsidRPr="009456CF">
        <w:rPr>
          <w:rFonts w:ascii="TH Sarabun PSK" w:hAnsi="TH Sarabun PSK"/>
          <w:b/>
          <w:sz w:val="32"/>
        </w:rPr>
        <w:t xml:space="preserve"> </w:t>
      </w:r>
    </w:p>
    <w:tbl>
      <w:tblPr>
        <w:tblStyle w:val="TableGrid"/>
        <w:tblW w:w="9990" w:type="dxa"/>
        <w:tblInd w:w="-185" w:type="dxa"/>
        <w:tblLook w:val="04A0" w:firstRow="1" w:lastRow="0" w:firstColumn="1" w:lastColumn="0" w:noHBand="0" w:noVBand="1"/>
      </w:tblPr>
      <w:tblGrid>
        <w:gridCol w:w="810"/>
        <w:gridCol w:w="3330"/>
        <w:gridCol w:w="2070"/>
        <w:gridCol w:w="1800"/>
        <w:gridCol w:w="1980"/>
      </w:tblGrid>
      <w:tr w:rsidR="009456CF" w:rsidRPr="009456CF" w14:paraId="6C75E024" w14:textId="77777777" w:rsidTr="004A072C">
        <w:tc>
          <w:tcPr>
            <w:tcW w:w="810" w:type="dxa"/>
            <w:shd w:val="clear" w:color="auto" w:fill="E6E6E6"/>
          </w:tcPr>
          <w:p w14:paraId="684EC8E6" w14:textId="77777777" w:rsidR="009456CF" w:rsidRPr="009456CF" w:rsidRDefault="009456CF" w:rsidP="009456CF">
            <w:pPr>
              <w:jc w:val="center"/>
              <w:rPr>
                <w:rFonts w:ascii="TH Sarabun PSK" w:hAnsi="TH Sarabun PSK" w:hint="eastAsia"/>
                <w:sz w:val="32"/>
              </w:rPr>
            </w:pPr>
            <w:proofErr w:type="spellStart"/>
            <w:r w:rsidRPr="009456CF">
              <w:rPr>
                <w:rFonts w:ascii="TH Sarabun PSK" w:hAnsi="TH Sarabun PSK"/>
                <w:b/>
                <w:sz w:val="32"/>
              </w:rPr>
              <w:t>ลำดับ</w:t>
            </w:r>
            <w:proofErr w:type="spellEnd"/>
          </w:p>
        </w:tc>
        <w:tc>
          <w:tcPr>
            <w:tcW w:w="3330" w:type="dxa"/>
            <w:shd w:val="clear" w:color="auto" w:fill="E6E6E6"/>
          </w:tcPr>
          <w:p w14:paraId="317E1A4A" w14:textId="77777777" w:rsidR="009456CF" w:rsidRPr="009456CF" w:rsidRDefault="009456CF" w:rsidP="009456CF">
            <w:pPr>
              <w:jc w:val="center"/>
              <w:rPr>
                <w:rFonts w:ascii="TH Sarabun PSK" w:hAnsi="TH Sarabun PSK" w:hint="eastAsia"/>
                <w:sz w:val="32"/>
              </w:rPr>
            </w:pPr>
            <w:proofErr w:type="spellStart"/>
            <w:r w:rsidRPr="009456CF">
              <w:rPr>
                <w:rFonts w:ascii="TH Sarabun PSK" w:hAnsi="TH Sarabun PSK"/>
                <w:b/>
                <w:sz w:val="32"/>
              </w:rPr>
              <w:t>หลักสูตร</w:t>
            </w:r>
            <w:proofErr w:type="spellEnd"/>
          </w:p>
        </w:tc>
        <w:tc>
          <w:tcPr>
            <w:tcW w:w="2070" w:type="dxa"/>
            <w:shd w:val="clear" w:color="auto" w:fill="E6E6E6"/>
          </w:tcPr>
          <w:p w14:paraId="4DC35097" w14:textId="77777777" w:rsidR="009456CF" w:rsidRPr="009456CF" w:rsidRDefault="009456CF" w:rsidP="009456CF">
            <w:pPr>
              <w:jc w:val="center"/>
              <w:rPr>
                <w:rFonts w:ascii="TH Sarabun PSK" w:hAnsi="TH Sarabun PSK" w:hint="eastAsia"/>
                <w:sz w:val="32"/>
              </w:rPr>
            </w:pPr>
            <w:proofErr w:type="spellStart"/>
            <w:r w:rsidRPr="009456CF">
              <w:rPr>
                <w:rFonts w:ascii="TH Sarabun PSK" w:hAnsi="TH Sarabun PSK"/>
                <w:b/>
                <w:sz w:val="32"/>
              </w:rPr>
              <w:t>ประเทศ</w:t>
            </w:r>
            <w:proofErr w:type="spellEnd"/>
          </w:p>
        </w:tc>
        <w:tc>
          <w:tcPr>
            <w:tcW w:w="1800" w:type="dxa"/>
            <w:shd w:val="clear" w:color="auto" w:fill="E6E6E6"/>
          </w:tcPr>
          <w:p w14:paraId="58F7842D" w14:textId="77777777" w:rsidR="009456CF" w:rsidRPr="009456CF" w:rsidRDefault="009456CF" w:rsidP="009456CF">
            <w:pPr>
              <w:jc w:val="center"/>
              <w:rPr>
                <w:rFonts w:ascii="TH Sarabun PSK" w:hAnsi="TH Sarabun PSK" w:hint="eastAsia"/>
                <w:sz w:val="32"/>
              </w:rPr>
            </w:pPr>
            <w:proofErr w:type="spellStart"/>
            <w:r w:rsidRPr="009456CF">
              <w:rPr>
                <w:rFonts w:ascii="TH Sarabun PSK" w:hAnsi="TH Sarabun PSK"/>
                <w:b/>
                <w:sz w:val="32"/>
              </w:rPr>
              <w:t>ประเภททุน</w:t>
            </w:r>
            <w:proofErr w:type="spellEnd"/>
          </w:p>
        </w:tc>
        <w:tc>
          <w:tcPr>
            <w:tcW w:w="1980" w:type="dxa"/>
            <w:shd w:val="clear" w:color="auto" w:fill="E6E6E6"/>
          </w:tcPr>
          <w:p w14:paraId="2A968B97" w14:textId="77777777" w:rsidR="009456CF" w:rsidRPr="009456CF" w:rsidRDefault="009456CF" w:rsidP="009456CF">
            <w:pPr>
              <w:jc w:val="center"/>
              <w:rPr>
                <w:rFonts w:ascii="TH Sarabun PSK" w:hAnsi="TH Sarabun PSK" w:hint="eastAsia"/>
                <w:sz w:val="32"/>
              </w:rPr>
            </w:pPr>
            <w:proofErr w:type="spellStart"/>
            <w:r w:rsidRPr="009456CF">
              <w:rPr>
                <w:rFonts w:ascii="TH Sarabun PSK" w:hAnsi="TH Sarabun PSK"/>
                <w:b/>
                <w:sz w:val="32"/>
              </w:rPr>
              <w:t>ระยะเวลา</w:t>
            </w:r>
            <w:proofErr w:type="spellEnd"/>
          </w:p>
        </w:tc>
      </w:tr>
      <w:tr w:rsidR="009456CF" w:rsidRPr="009456CF" w14:paraId="1A0BA07E" w14:textId="77777777" w:rsidTr="004A072C">
        <w:tc>
          <w:tcPr>
            <w:tcW w:w="810" w:type="dxa"/>
          </w:tcPr>
          <w:p w14:paraId="0124BF71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</w:p>
        </w:tc>
        <w:tc>
          <w:tcPr>
            <w:tcW w:w="3330" w:type="dxa"/>
          </w:tcPr>
          <w:p w14:paraId="79D0F6FD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</w:p>
        </w:tc>
        <w:tc>
          <w:tcPr>
            <w:tcW w:w="2070" w:type="dxa"/>
          </w:tcPr>
          <w:p w14:paraId="60A036CE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</w:p>
        </w:tc>
        <w:tc>
          <w:tcPr>
            <w:tcW w:w="1800" w:type="dxa"/>
          </w:tcPr>
          <w:p w14:paraId="7D635B9E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</w:p>
        </w:tc>
        <w:tc>
          <w:tcPr>
            <w:tcW w:w="1980" w:type="dxa"/>
          </w:tcPr>
          <w:p w14:paraId="67BEB3FB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</w:p>
        </w:tc>
      </w:tr>
      <w:tr w:rsidR="009456CF" w:rsidRPr="009456CF" w14:paraId="77BE7DE1" w14:textId="77777777" w:rsidTr="004A072C">
        <w:tc>
          <w:tcPr>
            <w:tcW w:w="810" w:type="dxa"/>
          </w:tcPr>
          <w:p w14:paraId="4B18C25C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</w:p>
        </w:tc>
        <w:tc>
          <w:tcPr>
            <w:tcW w:w="3330" w:type="dxa"/>
          </w:tcPr>
          <w:p w14:paraId="0FE5334B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</w:p>
        </w:tc>
        <w:tc>
          <w:tcPr>
            <w:tcW w:w="2070" w:type="dxa"/>
          </w:tcPr>
          <w:p w14:paraId="66ED7EFD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</w:p>
        </w:tc>
        <w:tc>
          <w:tcPr>
            <w:tcW w:w="1800" w:type="dxa"/>
          </w:tcPr>
          <w:p w14:paraId="402D9956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</w:p>
        </w:tc>
        <w:tc>
          <w:tcPr>
            <w:tcW w:w="1980" w:type="dxa"/>
          </w:tcPr>
          <w:p w14:paraId="30604186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</w:p>
        </w:tc>
      </w:tr>
      <w:tr w:rsidR="009456CF" w:rsidRPr="009456CF" w14:paraId="2625FBFF" w14:textId="77777777" w:rsidTr="004A072C">
        <w:tc>
          <w:tcPr>
            <w:tcW w:w="810" w:type="dxa"/>
          </w:tcPr>
          <w:p w14:paraId="61F01686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</w:p>
        </w:tc>
        <w:tc>
          <w:tcPr>
            <w:tcW w:w="3330" w:type="dxa"/>
          </w:tcPr>
          <w:p w14:paraId="529D0133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</w:p>
        </w:tc>
        <w:tc>
          <w:tcPr>
            <w:tcW w:w="2070" w:type="dxa"/>
          </w:tcPr>
          <w:p w14:paraId="6C43D84B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</w:p>
        </w:tc>
        <w:tc>
          <w:tcPr>
            <w:tcW w:w="1800" w:type="dxa"/>
          </w:tcPr>
          <w:p w14:paraId="01CD9C20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</w:p>
        </w:tc>
        <w:tc>
          <w:tcPr>
            <w:tcW w:w="1980" w:type="dxa"/>
          </w:tcPr>
          <w:p w14:paraId="47EB3A3C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</w:p>
        </w:tc>
      </w:tr>
      <w:tr w:rsidR="009456CF" w:rsidRPr="009456CF" w14:paraId="16886B49" w14:textId="77777777" w:rsidTr="004A072C">
        <w:tc>
          <w:tcPr>
            <w:tcW w:w="810" w:type="dxa"/>
          </w:tcPr>
          <w:p w14:paraId="1A413B35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</w:p>
        </w:tc>
        <w:tc>
          <w:tcPr>
            <w:tcW w:w="3330" w:type="dxa"/>
          </w:tcPr>
          <w:p w14:paraId="5389245D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</w:p>
        </w:tc>
        <w:tc>
          <w:tcPr>
            <w:tcW w:w="2070" w:type="dxa"/>
          </w:tcPr>
          <w:p w14:paraId="4F44E1E5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</w:p>
        </w:tc>
        <w:tc>
          <w:tcPr>
            <w:tcW w:w="1800" w:type="dxa"/>
          </w:tcPr>
          <w:p w14:paraId="209AED6D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</w:p>
        </w:tc>
        <w:tc>
          <w:tcPr>
            <w:tcW w:w="1980" w:type="dxa"/>
          </w:tcPr>
          <w:p w14:paraId="72934344" w14:textId="77777777" w:rsidR="009456CF" w:rsidRPr="009456CF" w:rsidRDefault="009456CF" w:rsidP="009456CF">
            <w:pPr>
              <w:rPr>
                <w:rFonts w:ascii="TH Sarabun PSK" w:hAnsi="TH Sarabun PSK" w:hint="eastAsia"/>
                <w:sz w:val="32"/>
              </w:rPr>
            </w:pPr>
          </w:p>
        </w:tc>
      </w:tr>
      <w:tr w:rsidR="006032AF" w:rsidRPr="009456CF" w14:paraId="688C55CE" w14:textId="77777777" w:rsidTr="004A072C">
        <w:tc>
          <w:tcPr>
            <w:tcW w:w="810" w:type="dxa"/>
          </w:tcPr>
          <w:p w14:paraId="0A88926F" w14:textId="77777777" w:rsidR="006032AF" w:rsidRPr="009456CF" w:rsidRDefault="006032AF" w:rsidP="009456CF">
            <w:pPr>
              <w:rPr>
                <w:rFonts w:ascii="TH Sarabun PSK" w:hAnsi="TH Sarabun PSK" w:hint="eastAsia"/>
                <w:sz w:val="32"/>
              </w:rPr>
            </w:pPr>
          </w:p>
        </w:tc>
        <w:tc>
          <w:tcPr>
            <w:tcW w:w="3330" w:type="dxa"/>
          </w:tcPr>
          <w:p w14:paraId="346667AB" w14:textId="77777777" w:rsidR="006032AF" w:rsidRPr="009456CF" w:rsidRDefault="006032AF" w:rsidP="009456CF">
            <w:pPr>
              <w:rPr>
                <w:rFonts w:ascii="TH Sarabun PSK" w:hAnsi="TH Sarabun PSK" w:hint="eastAsia"/>
                <w:sz w:val="32"/>
              </w:rPr>
            </w:pPr>
          </w:p>
        </w:tc>
        <w:tc>
          <w:tcPr>
            <w:tcW w:w="2070" w:type="dxa"/>
          </w:tcPr>
          <w:p w14:paraId="57A3DF90" w14:textId="77777777" w:rsidR="006032AF" w:rsidRPr="009456CF" w:rsidRDefault="006032AF" w:rsidP="009456CF">
            <w:pPr>
              <w:rPr>
                <w:rFonts w:ascii="TH Sarabun PSK" w:hAnsi="TH Sarabun PSK" w:hint="eastAsia"/>
                <w:sz w:val="32"/>
              </w:rPr>
            </w:pPr>
          </w:p>
        </w:tc>
        <w:tc>
          <w:tcPr>
            <w:tcW w:w="1800" w:type="dxa"/>
          </w:tcPr>
          <w:p w14:paraId="44C48C5A" w14:textId="77777777" w:rsidR="006032AF" w:rsidRPr="009456CF" w:rsidRDefault="006032AF" w:rsidP="009456CF">
            <w:pPr>
              <w:rPr>
                <w:rFonts w:ascii="TH Sarabun PSK" w:hAnsi="TH Sarabun PSK" w:hint="eastAsia"/>
                <w:sz w:val="32"/>
              </w:rPr>
            </w:pPr>
          </w:p>
        </w:tc>
        <w:tc>
          <w:tcPr>
            <w:tcW w:w="1980" w:type="dxa"/>
          </w:tcPr>
          <w:p w14:paraId="434927E5" w14:textId="77777777" w:rsidR="006032AF" w:rsidRPr="009456CF" w:rsidRDefault="006032AF" w:rsidP="009456CF">
            <w:pPr>
              <w:rPr>
                <w:rFonts w:ascii="TH Sarabun PSK" w:hAnsi="TH Sarabun PSK" w:hint="eastAsia"/>
                <w:sz w:val="32"/>
              </w:rPr>
            </w:pPr>
          </w:p>
        </w:tc>
      </w:tr>
      <w:tr w:rsidR="006032AF" w:rsidRPr="009456CF" w14:paraId="0857AE91" w14:textId="77777777" w:rsidTr="004A072C">
        <w:tc>
          <w:tcPr>
            <w:tcW w:w="810" w:type="dxa"/>
          </w:tcPr>
          <w:p w14:paraId="6AC4A2F7" w14:textId="77777777" w:rsidR="006032AF" w:rsidRPr="009456CF" w:rsidRDefault="006032AF" w:rsidP="009456CF">
            <w:pPr>
              <w:rPr>
                <w:rFonts w:ascii="TH Sarabun PSK" w:hAnsi="TH Sarabun PSK" w:hint="eastAsia"/>
                <w:sz w:val="32"/>
              </w:rPr>
            </w:pPr>
          </w:p>
        </w:tc>
        <w:tc>
          <w:tcPr>
            <w:tcW w:w="3330" w:type="dxa"/>
          </w:tcPr>
          <w:p w14:paraId="14ACC37C" w14:textId="77777777" w:rsidR="006032AF" w:rsidRPr="009456CF" w:rsidRDefault="006032AF" w:rsidP="009456CF">
            <w:pPr>
              <w:rPr>
                <w:rFonts w:ascii="TH Sarabun PSK" w:hAnsi="TH Sarabun PSK" w:hint="eastAsia"/>
                <w:sz w:val="32"/>
              </w:rPr>
            </w:pPr>
          </w:p>
        </w:tc>
        <w:tc>
          <w:tcPr>
            <w:tcW w:w="2070" w:type="dxa"/>
          </w:tcPr>
          <w:p w14:paraId="42D43926" w14:textId="77777777" w:rsidR="006032AF" w:rsidRPr="009456CF" w:rsidRDefault="006032AF" w:rsidP="009456CF">
            <w:pPr>
              <w:rPr>
                <w:rFonts w:ascii="TH Sarabun PSK" w:hAnsi="TH Sarabun PSK" w:hint="eastAsia"/>
                <w:sz w:val="32"/>
              </w:rPr>
            </w:pPr>
          </w:p>
        </w:tc>
        <w:tc>
          <w:tcPr>
            <w:tcW w:w="1800" w:type="dxa"/>
          </w:tcPr>
          <w:p w14:paraId="62A13D1F" w14:textId="77777777" w:rsidR="006032AF" w:rsidRPr="009456CF" w:rsidRDefault="006032AF" w:rsidP="009456CF">
            <w:pPr>
              <w:rPr>
                <w:rFonts w:ascii="TH Sarabun PSK" w:hAnsi="TH Sarabun PSK" w:hint="eastAsia"/>
                <w:sz w:val="32"/>
              </w:rPr>
            </w:pPr>
          </w:p>
        </w:tc>
        <w:tc>
          <w:tcPr>
            <w:tcW w:w="1980" w:type="dxa"/>
          </w:tcPr>
          <w:p w14:paraId="5EB2B1B1" w14:textId="77777777" w:rsidR="006032AF" w:rsidRPr="009456CF" w:rsidRDefault="006032AF" w:rsidP="009456CF">
            <w:pPr>
              <w:rPr>
                <w:rFonts w:ascii="TH Sarabun PSK" w:hAnsi="TH Sarabun PSK" w:hint="eastAsia"/>
                <w:sz w:val="32"/>
              </w:rPr>
            </w:pPr>
          </w:p>
        </w:tc>
      </w:tr>
      <w:tr w:rsidR="006032AF" w:rsidRPr="009456CF" w14:paraId="7F4E73B1" w14:textId="77777777" w:rsidTr="004A072C">
        <w:tc>
          <w:tcPr>
            <w:tcW w:w="810" w:type="dxa"/>
          </w:tcPr>
          <w:p w14:paraId="26D0AD4B" w14:textId="77777777" w:rsidR="006032AF" w:rsidRPr="009456CF" w:rsidRDefault="006032AF" w:rsidP="009456CF">
            <w:pPr>
              <w:rPr>
                <w:rFonts w:ascii="TH Sarabun PSK" w:hAnsi="TH Sarabun PSK" w:hint="eastAsia"/>
                <w:sz w:val="32"/>
              </w:rPr>
            </w:pPr>
          </w:p>
        </w:tc>
        <w:tc>
          <w:tcPr>
            <w:tcW w:w="3330" w:type="dxa"/>
          </w:tcPr>
          <w:p w14:paraId="2E94EE10" w14:textId="77777777" w:rsidR="006032AF" w:rsidRPr="009456CF" w:rsidRDefault="006032AF" w:rsidP="009456CF">
            <w:pPr>
              <w:rPr>
                <w:rFonts w:ascii="TH Sarabun PSK" w:hAnsi="TH Sarabun PSK" w:hint="eastAsia"/>
                <w:sz w:val="32"/>
              </w:rPr>
            </w:pPr>
          </w:p>
        </w:tc>
        <w:tc>
          <w:tcPr>
            <w:tcW w:w="2070" w:type="dxa"/>
          </w:tcPr>
          <w:p w14:paraId="227DB128" w14:textId="77777777" w:rsidR="006032AF" w:rsidRPr="009456CF" w:rsidRDefault="006032AF" w:rsidP="009456CF">
            <w:pPr>
              <w:rPr>
                <w:rFonts w:ascii="TH Sarabun PSK" w:hAnsi="TH Sarabun PSK" w:hint="eastAsia"/>
                <w:sz w:val="32"/>
              </w:rPr>
            </w:pPr>
          </w:p>
        </w:tc>
        <w:tc>
          <w:tcPr>
            <w:tcW w:w="1800" w:type="dxa"/>
          </w:tcPr>
          <w:p w14:paraId="4B022119" w14:textId="77777777" w:rsidR="006032AF" w:rsidRPr="009456CF" w:rsidRDefault="006032AF" w:rsidP="009456CF">
            <w:pPr>
              <w:rPr>
                <w:rFonts w:ascii="TH Sarabun PSK" w:hAnsi="TH Sarabun PSK" w:hint="eastAsia"/>
                <w:sz w:val="32"/>
              </w:rPr>
            </w:pPr>
          </w:p>
        </w:tc>
        <w:tc>
          <w:tcPr>
            <w:tcW w:w="1980" w:type="dxa"/>
          </w:tcPr>
          <w:p w14:paraId="2BBCA68F" w14:textId="77777777" w:rsidR="006032AF" w:rsidRPr="009456CF" w:rsidRDefault="006032AF" w:rsidP="009456CF">
            <w:pPr>
              <w:rPr>
                <w:rFonts w:ascii="TH Sarabun PSK" w:hAnsi="TH Sarabun PSK" w:hint="eastAsia"/>
                <w:sz w:val="32"/>
              </w:rPr>
            </w:pPr>
          </w:p>
        </w:tc>
      </w:tr>
    </w:tbl>
    <w:p w14:paraId="7FB952E5" w14:textId="079464E1" w:rsidR="009456CF" w:rsidRPr="009456CF" w:rsidRDefault="009456CF" w:rsidP="009456CF">
      <w:pPr>
        <w:spacing w:after="120"/>
        <w:rPr>
          <w:rFonts w:ascii="TH Sarabun PSK" w:hAnsi="TH Sarabun PSK" w:hint="eastAsia"/>
          <w:sz w:val="32"/>
        </w:rPr>
      </w:pPr>
      <w:r w:rsidRPr="009456CF">
        <w:rPr>
          <w:rFonts w:ascii="TH Sarabun PSK" w:hAnsi="TH Sarabun PSK"/>
          <w:b/>
          <w:sz w:val="32"/>
        </w:rPr>
        <w:t xml:space="preserve">13. </w:t>
      </w:r>
      <w:proofErr w:type="spellStart"/>
      <w:r w:rsidRPr="009456CF">
        <w:rPr>
          <w:rFonts w:ascii="TH Sarabun PSK" w:hAnsi="TH Sarabun PSK"/>
          <w:b/>
          <w:sz w:val="32"/>
        </w:rPr>
        <w:t>ความสามารถทางด้านภาษา</w:t>
      </w:r>
      <w:proofErr w:type="spellEnd"/>
    </w:p>
    <w:tbl>
      <w:tblPr>
        <w:tblStyle w:val="TableGrid"/>
        <w:tblW w:w="10350" w:type="dxa"/>
        <w:tblInd w:w="-365" w:type="dxa"/>
        <w:tblLook w:val="04A0" w:firstRow="1" w:lastRow="0" w:firstColumn="1" w:lastColumn="0" w:noHBand="0" w:noVBand="1"/>
      </w:tblPr>
      <w:tblGrid>
        <w:gridCol w:w="1644"/>
        <w:gridCol w:w="2136"/>
        <w:gridCol w:w="2159"/>
        <w:gridCol w:w="2161"/>
        <w:gridCol w:w="2250"/>
      </w:tblGrid>
      <w:tr w:rsidR="009456CF" w:rsidRPr="009456CF" w14:paraId="30C68F3E" w14:textId="77777777" w:rsidTr="00884E7A">
        <w:trPr>
          <w:tblHeader/>
        </w:trPr>
        <w:tc>
          <w:tcPr>
            <w:tcW w:w="1644" w:type="dxa"/>
            <w:shd w:val="clear" w:color="auto" w:fill="E6E6E6"/>
          </w:tcPr>
          <w:p w14:paraId="03AE164D" w14:textId="77777777" w:rsidR="009456CF" w:rsidRPr="009456CF" w:rsidRDefault="009456CF" w:rsidP="009456CF">
            <w:pPr>
              <w:jc w:val="center"/>
              <w:rPr>
                <w:rFonts w:ascii="TH Sarabun PSK" w:hAnsi="TH Sarabun PSK" w:hint="eastAsia"/>
                <w:sz w:val="32"/>
              </w:rPr>
            </w:pPr>
            <w:proofErr w:type="spellStart"/>
            <w:r w:rsidRPr="009456CF">
              <w:rPr>
                <w:rFonts w:ascii="TH Sarabun PSK" w:hAnsi="TH Sarabun PSK"/>
                <w:b/>
                <w:sz w:val="32"/>
              </w:rPr>
              <w:t>ภาษา</w:t>
            </w:r>
            <w:proofErr w:type="spellEnd"/>
          </w:p>
        </w:tc>
        <w:tc>
          <w:tcPr>
            <w:tcW w:w="2136" w:type="dxa"/>
            <w:shd w:val="clear" w:color="auto" w:fill="E6E6E6"/>
          </w:tcPr>
          <w:p w14:paraId="489A4C3B" w14:textId="77777777" w:rsidR="009456CF" w:rsidRPr="009456CF" w:rsidRDefault="009456CF" w:rsidP="009456CF">
            <w:pPr>
              <w:jc w:val="center"/>
              <w:rPr>
                <w:rFonts w:ascii="TH Sarabun PSK" w:hAnsi="TH Sarabun PSK" w:hint="eastAsia"/>
                <w:sz w:val="32"/>
              </w:rPr>
            </w:pPr>
            <w:proofErr w:type="spellStart"/>
            <w:r w:rsidRPr="009456CF">
              <w:rPr>
                <w:rFonts w:ascii="TH Sarabun PSK" w:hAnsi="TH Sarabun PSK"/>
                <w:b/>
                <w:sz w:val="32"/>
              </w:rPr>
              <w:t>ฟัง</w:t>
            </w:r>
            <w:proofErr w:type="spellEnd"/>
          </w:p>
        </w:tc>
        <w:tc>
          <w:tcPr>
            <w:tcW w:w="2159" w:type="dxa"/>
            <w:shd w:val="clear" w:color="auto" w:fill="E6E6E6"/>
          </w:tcPr>
          <w:p w14:paraId="626B5F7A" w14:textId="77777777" w:rsidR="009456CF" w:rsidRPr="009456CF" w:rsidRDefault="009456CF" w:rsidP="009456CF">
            <w:pPr>
              <w:jc w:val="center"/>
              <w:rPr>
                <w:rFonts w:ascii="TH Sarabun PSK" w:hAnsi="TH Sarabun PSK" w:hint="eastAsia"/>
                <w:sz w:val="32"/>
              </w:rPr>
            </w:pPr>
            <w:proofErr w:type="spellStart"/>
            <w:r w:rsidRPr="009456CF">
              <w:rPr>
                <w:rFonts w:ascii="TH Sarabun PSK" w:hAnsi="TH Sarabun PSK"/>
                <w:b/>
                <w:sz w:val="32"/>
              </w:rPr>
              <w:t>พูด</w:t>
            </w:r>
            <w:proofErr w:type="spellEnd"/>
          </w:p>
        </w:tc>
        <w:tc>
          <w:tcPr>
            <w:tcW w:w="2161" w:type="dxa"/>
            <w:shd w:val="clear" w:color="auto" w:fill="E6E6E6"/>
          </w:tcPr>
          <w:p w14:paraId="4C3AC8AD" w14:textId="77777777" w:rsidR="009456CF" w:rsidRPr="009456CF" w:rsidRDefault="009456CF" w:rsidP="009456CF">
            <w:pPr>
              <w:jc w:val="center"/>
              <w:rPr>
                <w:rFonts w:ascii="TH Sarabun PSK" w:hAnsi="TH Sarabun PSK" w:hint="eastAsia"/>
                <w:sz w:val="32"/>
              </w:rPr>
            </w:pPr>
            <w:proofErr w:type="spellStart"/>
            <w:r w:rsidRPr="009456CF">
              <w:rPr>
                <w:rFonts w:ascii="TH Sarabun PSK" w:hAnsi="TH Sarabun PSK"/>
                <w:b/>
                <w:sz w:val="32"/>
              </w:rPr>
              <w:t>อ่าน</w:t>
            </w:r>
            <w:proofErr w:type="spellEnd"/>
          </w:p>
        </w:tc>
        <w:tc>
          <w:tcPr>
            <w:tcW w:w="2250" w:type="dxa"/>
            <w:shd w:val="clear" w:color="auto" w:fill="E6E6E6"/>
          </w:tcPr>
          <w:p w14:paraId="06316A45" w14:textId="77777777" w:rsidR="009456CF" w:rsidRPr="009456CF" w:rsidRDefault="009456CF" w:rsidP="009456CF">
            <w:pPr>
              <w:jc w:val="center"/>
              <w:rPr>
                <w:rFonts w:ascii="TH Sarabun PSK" w:hAnsi="TH Sarabun PSK" w:hint="eastAsia"/>
                <w:sz w:val="32"/>
              </w:rPr>
            </w:pPr>
            <w:proofErr w:type="spellStart"/>
            <w:r w:rsidRPr="009456CF">
              <w:rPr>
                <w:rFonts w:ascii="TH Sarabun PSK" w:hAnsi="TH Sarabun PSK"/>
                <w:b/>
                <w:sz w:val="32"/>
              </w:rPr>
              <w:t>เขียน</w:t>
            </w:r>
            <w:proofErr w:type="spellEnd"/>
          </w:p>
        </w:tc>
      </w:tr>
      <w:tr w:rsidR="009456CF" w:rsidRPr="009456CF" w14:paraId="5889B761" w14:textId="77777777" w:rsidTr="00884E7A">
        <w:tc>
          <w:tcPr>
            <w:tcW w:w="1644" w:type="dxa"/>
          </w:tcPr>
          <w:p w14:paraId="4C71FD83" w14:textId="77777777" w:rsidR="009456CF" w:rsidRPr="00884E7A" w:rsidRDefault="009456CF" w:rsidP="009456CF">
            <w:pPr>
              <w:rPr>
                <w:rFonts w:ascii="TH Sarabun PSK" w:hAnsi="TH Sarabun PSK" w:hint="eastAsia"/>
                <w:sz w:val="28"/>
                <w:szCs w:val="28"/>
              </w:rPr>
            </w:pPr>
            <w:proofErr w:type="spellStart"/>
            <w:r w:rsidRPr="00884E7A">
              <w:rPr>
                <w:rFonts w:ascii="TH Sarabun PSK" w:hAnsi="TH Sarabun PSK"/>
                <w:sz w:val="28"/>
                <w:szCs w:val="28"/>
              </w:rPr>
              <w:t>ภาษาอังกฤษ</w:t>
            </w:r>
            <w:proofErr w:type="spellEnd"/>
          </w:p>
        </w:tc>
        <w:tc>
          <w:tcPr>
            <w:tcW w:w="2136" w:type="dxa"/>
          </w:tcPr>
          <w:p w14:paraId="4C176913" w14:textId="58AF9EF8" w:rsidR="009456CF" w:rsidRPr="00884E7A" w:rsidRDefault="00884E7A" w:rsidP="00884E7A">
            <w:pPr>
              <w:rPr>
                <w:rFonts w:ascii="TH Sarabun PSK" w:hAnsi="TH Sarabun PSK" w:hint="eastAsia"/>
                <w:sz w:val="28"/>
                <w:szCs w:val="28"/>
              </w:rPr>
            </w:pPr>
            <w:r w:rsidRPr="00884E7A">
              <w:rPr>
                <w:rFonts w:ascii="TH Sarabun PSK" w:hAnsi="TH Sarabun PSK"/>
                <w:sz w:val="28"/>
                <w:szCs w:val="28"/>
              </w:rPr>
              <w:t xml:space="preserve">[  ] </w:t>
            </w:r>
            <w:r w:rsidRPr="00884E7A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เทียบเท่าเจ้าของภาษา</w:t>
            </w:r>
            <w:r w:rsidRPr="00884E7A">
              <w:rPr>
                <w:rFonts w:ascii="TH Sarabun PSK" w:hAnsi="TH Sarabun PSK"/>
                <w:sz w:val="28"/>
                <w:szCs w:val="28"/>
              </w:rPr>
              <w:br/>
              <w:t xml:space="preserve">[  ] </w:t>
            </w:r>
            <w:proofErr w:type="spellStart"/>
            <w:r w:rsidRPr="00884E7A">
              <w:rPr>
                <w:rFonts w:ascii="TH Sarabun PSK" w:hAnsi="TH Sarabun PSK"/>
                <w:sz w:val="28"/>
                <w:szCs w:val="28"/>
              </w:rPr>
              <w:t>ดีมาก</w:t>
            </w:r>
            <w:proofErr w:type="spellEnd"/>
            <w:r w:rsidRPr="00884E7A">
              <w:rPr>
                <w:rFonts w:ascii="TH Sarabun PSK" w:hAnsi="TH Sarabun PSK"/>
                <w:sz w:val="28"/>
                <w:szCs w:val="28"/>
              </w:rPr>
              <w:br/>
              <w:t xml:space="preserve">[  ] </w:t>
            </w:r>
            <w:proofErr w:type="spellStart"/>
            <w:r w:rsidRPr="00884E7A">
              <w:rPr>
                <w:rFonts w:ascii="TH Sarabun PSK" w:hAnsi="TH Sarabun PSK"/>
                <w:sz w:val="28"/>
                <w:szCs w:val="28"/>
              </w:rPr>
              <w:t>ดี</w:t>
            </w:r>
            <w:proofErr w:type="spellEnd"/>
          </w:p>
        </w:tc>
        <w:tc>
          <w:tcPr>
            <w:tcW w:w="2159" w:type="dxa"/>
          </w:tcPr>
          <w:p w14:paraId="3926D99E" w14:textId="2051DABF" w:rsidR="009456CF" w:rsidRPr="00884E7A" w:rsidRDefault="00884E7A" w:rsidP="009456CF">
            <w:pPr>
              <w:rPr>
                <w:rFonts w:ascii="TH Sarabun PSK" w:hAnsi="TH Sarabun PSK" w:hint="eastAsia"/>
                <w:sz w:val="28"/>
                <w:szCs w:val="28"/>
              </w:rPr>
            </w:pPr>
            <w:r w:rsidRPr="00884E7A">
              <w:rPr>
                <w:rFonts w:ascii="TH Sarabun PSK" w:hAnsi="TH Sarabun PSK"/>
                <w:sz w:val="28"/>
                <w:szCs w:val="28"/>
              </w:rPr>
              <w:t xml:space="preserve">[  ] </w:t>
            </w:r>
            <w:r w:rsidRPr="00884E7A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เทียบเท่าเจ้าของภาษา</w:t>
            </w:r>
            <w:r w:rsidRPr="00884E7A">
              <w:rPr>
                <w:rFonts w:ascii="TH Sarabun PSK" w:hAnsi="TH Sarabun PSK"/>
                <w:sz w:val="28"/>
                <w:szCs w:val="28"/>
              </w:rPr>
              <w:br/>
              <w:t xml:space="preserve">[  ] </w:t>
            </w:r>
            <w:proofErr w:type="spellStart"/>
            <w:r w:rsidRPr="00884E7A">
              <w:rPr>
                <w:rFonts w:ascii="TH Sarabun PSK" w:hAnsi="TH Sarabun PSK"/>
                <w:sz w:val="28"/>
                <w:szCs w:val="28"/>
              </w:rPr>
              <w:t>ดีมาก</w:t>
            </w:r>
            <w:proofErr w:type="spellEnd"/>
            <w:r w:rsidRPr="00884E7A">
              <w:rPr>
                <w:rFonts w:ascii="TH Sarabun PSK" w:hAnsi="TH Sarabun PSK"/>
                <w:sz w:val="28"/>
                <w:szCs w:val="28"/>
              </w:rPr>
              <w:br/>
              <w:t xml:space="preserve">[  ] </w:t>
            </w:r>
            <w:proofErr w:type="spellStart"/>
            <w:r w:rsidRPr="00884E7A">
              <w:rPr>
                <w:rFonts w:ascii="TH Sarabun PSK" w:hAnsi="TH Sarabun PSK"/>
                <w:sz w:val="28"/>
                <w:szCs w:val="28"/>
              </w:rPr>
              <w:t>ดี</w:t>
            </w:r>
            <w:proofErr w:type="spellEnd"/>
          </w:p>
        </w:tc>
        <w:tc>
          <w:tcPr>
            <w:tcW w:w="2161" w:type="dxa"/>
          </w:tcPr>
          <w:p w14:paraId="22774277" w14:textId="4D8D9568" w:rsidR="009456CF" w:rsidRPr="00884E7A" w:rsidRDefault="00884E7A" w:rsidP="009456CF">
            <w:pPr>
              <w:rPr>
                <w:rFonts w:ascii="TH Sarabun PSK" w:hAnsi="TH Sarabun PSK" w:hint="eastAsia"/>
                <w:sz w:val="28"/>
                <w:szCs w:val="28"/>
              </w:rPr>
            </w:pPr>
            <w:r w:rsidRPr="00884E7A">
              <w:rPr>
                <w:rFonts w:ascii="TH Sarabun PSK" w:hAnsi="TH Sarabun PSK"/>
                <w:sz w:val="28"/>
                <w:szCs w:val="28"/>
              </w:rPr>
              <w:t xml:space="preserve">[  ] </w:t>
            </w:r>
            <w:r w:rsidRPr="00884E7A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เทียบเท่าเจ้าของภาษา</w:t>
            </w:r>
            <w:r w:rsidRPr="00884E7A">
              <w:rPr>
                <w:rFonts w:ascii="TH Sarabun PSK" w:hAnsi="TH Sarabun PSK"/>
                <w:sz w:val="28"/>
                <w:szCs w:val="28"/>
              </w:rPr>
              <w:br/>
              <w:t xml:space="preserve">[  ] </w:t>
            </w:r>
            <w:proofErr w:type="spellStart"/>
            <w:r w:rsidRPr="00884E7A">
              <w:rPr>
                <w:rFonts w:ascii="TH Sarabun PSK" w:hAnsi="TH Sarabun PSK"/>
                <w:sz w:val="28"/>
                <w:szCs w:val="28"/>
              </w:rPr>
              <w:t>ดีมาก</w:t>
            </w:r>
            <w:proofErr w:type="spellEnd"/>
            <w:r w:rsidRPr="00884E7A">
              <w:rPr>
                <w:rFonts w:ascii="TH Sarabun PSK" w:hAnsi="TH Sarabun PSK"/>
                <w:sz w:val="28"/>
                <w:szCs w:val="28"/>
              </w:rPr>
              <w:br/>
              <w:t xml:space="preserve">[  ] </w:t>
            </w:r>
            <w:proofErr w:type="spellStart"/>
            <w:r w:rsidRPr="00884E7A">
              <w:rPr>
                <w:rFonts w:ascii="TH Sarabun PSK" w:hAnsi="TH Sarabun PSK"/>
                <w:sz w:val="28"/>
                <w:szCs w:val="28"/>
              </w:rPr>
              <w:t>ดี</w:t>
            </w:r>
            <w:proofErr w:type="spellEnd"/>
          </w:p>
        </w:tc>
        <w:tc>
          <w:tcPr>
            <w:tcW w:w="2250" w:type="dxa"/>
          </w:tcPr>
          <w:p w14:paraId="543D8E52" w14:textId="50FB147B" w:rsidR="009456CF" w:rsidRPr="00884E7A" w:rsidRDefault="009456CF" w:rsidP="009456CF">
            <w:pPr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</w:pPr>
            <w:r w:rsidRPr="00884E7A">
              <w:rPr>
                <w:rFonts w:ascii="TH Sarabun PSK" w:hAnsi="TH Sarabun PSK"/>
                <w:sz w:val="28"/>
                <w:szCs w:val="28"/>
              </w:rPr>
              <w:t xml:space="preserve">[  ] </w:t>
            </w:r>
            <w:r w:rsidR="00BD73FA" w:rsidRPr="00884E7A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เทียบเท่าเจ้าของภาษา</w:t>
            </w:r>
            <w:r w:rsidRPr="00884E7A">
              <w:rPr>
                <w:rFonts w:ascii="TH Sarabun PSK" w:hAnsi="TH Sarabun PSK"/>
                <w:sz w:val="28"/>
                <w:szCs w:val="28"/>
              </w:rPr>
              <w:br/>
              <w:t xml:space="preserve">[  ] </w:t>
            </w:r>
            <w:proofErr w:type="spellStart"/>
            <w:r w:rsidR="00BD73FA" w:rsidRPr="00884E7A">
              <w:rPr>
                <w:rFonts w:ascii="TH Sarabun PSK" w:hAnsi="TH Sarabun PSK"/>
                <w:sz w:val="28"/>
                <w:szCs w:val="28"/>
              </w:rPr>
              <w:t>ดีมาก</w:t>
            </w:r>
            <w:proofErr w:type="spellEnd"/>
            <w:r w:rsidRPr="00884E7A">
              <w:rPr>
                <w:rFonts w:ascii="TH Sarabun PSK" w:hAnsi="TH Sarabun PSK"/>
                <w:sz w:val="28"/>
                <w:szCs w:val="28"/>
              </w:rPr>
              <w:br/>
              <w:t xml:space="preserve">[  ] </w:t>
            </w:r>
            <w:proofErr w:type="spellStart"/>
            <w:r w:rsidR="00BD73FA" w:rsidRPr="00884E7A">
              <w:rPr>
                <w:rFonts w:ascii="TH Sarabun PSK" w:hAnsi="TH Sarabun PSK"/>
                <w:sz w:val="28"/>
                <w:szCs w:val="28"/>
              </w:rPr>
              <w:t>ดี</w:t>
            </w:r>
            <w:proofErr w:type="spellEnd"/>
          </w:p>
        </w:tc>
      </w:tr>
      <w:tr w:rsidR="00884E7A" w:rsidRPr="009456CF" w14:paraId="084F7457" w14:textId="77777777" w:rsidTr="00884E7A">
        <w:tc>
          <w:tcPr>
            <w:tcW w:w="1644" w:type="dxa"/>
          </w:tcPr>
          <w:p w14:paraId="364CEB0A" w14:textId="77777777" w:rsidR="00884E7A" w:rsidRPr="00884E7A" w:rsidRDefault="00884E7A" w:rsidP="00884E7A">
            <w:pPr>
              <w:rPr>
                <w:rFonts w:ascii="TH Sarabun PSK" w:hAnsi="TH Sarabun PSK" w:hint="eastAsia"/>
                <w:sz w:val="28"/>
                <w:szCs w:val="28"/>
              </w:rPr>
            </w:pPr>
            <w:proofErr w:type="spellStart"/>
            <w:r w:rsidRPr="00884E7A">
              <w:rPr>
                <w:rFonts w:ascii="TH Sarabun PSK" w:hAnsi="TH Sarabun PSK"/>
                <w:sz w:val="28"/>
                <w:szCs w:val="28"/>
              </w:rPr>
              <w:t>ภาษา</w:t>
            </w:r>
            <w:proofErr w:type="spellEnd"/>
            <w:r w:rsidRPr="00884E7A">
              <w:rPr>
                <w:rFonts w:ascii="TH Sarabun PSK" w:hAnsi="TH Sarabun PSK"/>
                <w:sz w:val="28"/>
                <w:szCs w:val="28"/>
              </w:rPr>
              <w:t xml:space="preserve"> ............................</w:t>
            </w:r>
          </w:p>
        </w:tc>
        <w:tc>
          <w:tcPr>
            <w:tcW w:w="2136" w:type="dxa"/>
          </w:tcPr>
          <w:p w14:paraId="3FE1C090" w14:textId="15DBD20D" w:rsidR="00884E7A" w:rsidRPr="00884E7A" w:rsidRDefault="00884E7A" w:rsidP="00884E7A">
            <w:pPr>
              <w:rPr>
                <w:rFonts w:ascii="TH Sarabun PSK" w:hAnsi="TH Sarabun PSK" w:hint="eastAsia"/>
                <w:sz w:val="28"/>
                <w:szCs w:val="28"/>
              </w:rPr>
            </w:pPr>
            <w:r w:rsidRPr="00884E7A">
              <w:rPr>
                <w:rFonts w:ascii="TH Sarabun PSK" w:hAnsi="TH Sarabun PSK"/>
                <w:sz w:val="28"/>
                <w:szCs w:val="28"/>
              </w:rPr>
              <w:t xml:space="preserve">[  ] </w:t>
            </w:r>
            <w:r w:rsidRPr="00884E7A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เทียบเท่าเจ้าของภาษา</w:t>
            </w:r>
            <w:r w:rsidRPr="00884E7A">
              <w:rPr>
                <w:rFonts w:ascii="TH Sarabun PSK" w:hAnsi="TH Sarabun PSK"/>
                <w:sz w:val="28"/>
                <w:szCs w:val="28"/>
              </w:rPr>
              <w:br/>
              <w:t xml:space="preserve">[  ] </w:t>
            </w:r>
            <w:proofErr w:type="spellStart"/>
            <w:r w:rsidRPr="00884E7A">
              <w:rPr>
                <w:rFonts w:ascii="TH Sarabun PSK" w:hAnsi="TH Sarabun PSK"/>
                <w:sz w:val="28"/>
                <w:szCs w:val="28"/>
              </w:rPr>
              <w:t>ดีมาก</w:t>
            </w:r>
            <w:proofErr w:type="spellEnd"/>
            <w:r w:rsidRPr="00884E7A">
              <w:rPr>
                <w:rFonts w:ascii="TH Sarabun PSK" w:hAnsi="TH Sarabun PSK"/>
                <w:sz w:val="28"/>
                <w:szCs w:val="28"/>
              </w:rPr>
              <w:br/>
              <w:t xml:space="preserve">[  ] </w:t>
            </w:r>
            <w:proofErr w:type="spellStart"/>
            <w:r w:rsidRPr="00884E7A">
              <w:rPr>
                <w:rFonts w:ascii="TH Sarabun PSK" w:hAnsi="TH Sarabun PSK"/>
                <w:sz w:val="28"/>
                <w:szCs w:val="28"/>
              </w:rPr>
              <w:t>ดี</w:t>
            </w:r>
            <w:proofErr w:type="spellEnd"/>
          </w:p>
        </w:tc>
        <w:tc>
          <w:tcPr>
            <w:tcW w:w="2159" w:type="dxa"/>
          </w:tcPr>
          <w:p w14:paraId="52A53DA9" w14:textId="3CCC704A" w:rsidR="00884E7A" w:rsidRPr="00884E7A" w:rsidRDefault="00884E7A" w:rsidP="00884E7A">
            <w:pPr>
              <w:rPr>
                <w:rFonts w:ascii="TH Sarabun PSK" w:hAnsi="TH Sarabun PSK" w:hint="eastAsia"/>
                <w:sz w:val="28"/>
                <w:szCs w:val="28"/>
              </w:rPr>
            </w:pPr>
            <w:r w:rsidRPr="00884E7A">
              <w:rPr>
                <w:rFonts w:ascii="TH Sarabun PSK" w:hAnsi="TH Sarabun PSK"/>
                <w:sz w:val="28"/>
                <w:szCs w:val="28"/>
              </w:rPr>
              <w:t xml:space="preserve">[  ] </w:t>
            </w:r>
            <w:r w:rsidRPr="00884E7A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เทียบเท่าเจ้าของภาษา</w:t>
            </w:r>
            <w:r w:rsidRPr="00884E7A">
              <w:rPr>
                <w:rFonts w:ascii="TH Sarabun PSK" w:hAnsi="TH Sarabun PSK"/>
                <w:sz w:val="28"/>
                <w:szCs w:val="28"/>
              </w:rPr>
              <w:br/>
              <w:t xml:space="preserve">[  ] </w:t>
            </w:r>
            <w:proofErr w:type="spellStart"/>
            <w:r w:rsidRPr="00884E7A">
              <w:rPr>
                <w:rFonts w:ascii="TH Sarabun PSK" w:hAnsi="TH Sarabun PSK"/>
                <w:sz w:val="28"/>
                <w:szCs w:val="28"/>
              </w:rPr>
              <w:t>ดีมาก</w:t>
            </w:r>
            <w:proofErr w:type="spellEnd"/>
            <w:r w:rsidRPr="00884E7A">
              <w:rPr>
                <w:rFonts w:ascii="TH Sarabun PSK" w:hAnsi="TH Sarabun PSK"/>
                <w:sz w:val="28"/>
                <w:szCs w:val="28"/>
              </w:rPr>
              <w:br/>
              <w:t xml:space="preserve">[  ] </w:t>
            </w:r>
            <w:proofErr w:type="spellStart"/>
            <w:r w:rsidRPr="00884E7A">
              <w:rPr>
                <w:rFonts w:ascii="TH Sarabun PSK" w:hAnsi="TH Sarabun PSK"/>
                <w:sz w:val="28"/>
                <w:szCs w:val="28"/>
              </w:rPr>
              <w:t>ดี</w:t>
            </w:r>
            <w:proofErr w:type="spellEnd"/>
          </w:p>
        </w:tc>
        <w:tc>
          <w:tcPr>
            <w:tcW w:w="2161" w:type="dxa"/>
          </w:tcPr>
          <w:p w14:paraId="283B6512" w14:textId="380B54C8" w:rsidR="00884E7A" w:rsidRPr="00884E7A" w:rsidRDefault="00884E7A" w:rsidP="00884E7A">
            <w:pPr>
              <w:rPr>
                <w:rFonts w:ascii="TH Sarabun PSK" w:hAnsi="TH Sarabun PSK" w:hint="eastAsia"/>
                <w:sz w:val="28"/>
                <w:szCs w:val="28"/>
              </w:rPr>
            </w:pPr>
            <w:r w:rsidRPr="00884E7A">
              <w:rPr>
                <w:rFonts w:ascii="TH Sarabun PSK" w:hAnsi="TH Sarabun PSK"/>
                <w:sz w:val="28"/>
                <w:szCs w:val="28"/>
              </w:rPr>
              <w:t xml:space="preserve">[  ] </w:t>
            </w:r>
            <w:r w:rsidRPr="00884E7A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เทียบเท่าเจ้าของภาษา</w:t>
            </w:r>
            <w:r w:rsidRPr="00884E7A">
              <w:rPr>
                <w:rFonts w:ascii="TH Sarabun PSK" w:hAnsi="TH Sarabun PSK"/>
                <w:sz w:val="28"/>
                <w:szCs w:val="28"/>
              </w:rPr>
              <w:br/>
              <w:t xml:space="preserve">[  ] </w:t>
            </w:r>
            <w:proofErr w:type="spellStart"/>
            <w:r w:rsidRPr="00884E7A">
              <w:rPr>
                <w:rFonts w:ascii="TH Sarabun PSK" w:hAnsi="TH Sarabun PSK"/>
                <w:sz w:val="28"/>
                <w:szCs w:val="28"/>
              </w:rPr>
              <w:t>ดีมาก</w:t>
            </w:r>
            <w:proofErr w:type="spellEnd"/>
            <w:r w:rsidRPr="00884E7A">
              <w:rPr>
                <w:rFonts w:ascii="TH Sarabun PSK" w:hAnsi="TH Sarabun PSK"/>
                <w:sz w:val="28"/>
                <w:szCs w:val="28"/>
              </w:rPr>
              <w:br/>
              <w:t xml:space="preserve">[  ] </w:t>
            </w:r>
            <w:proofErr w:type="spellStart"/>
            <w:r w:rsidRPr="00884E7A">
              <w:rPr>
                <w:rFonts w:ascii="TH Sarabun PSK" w:hAnsi="TH Sarabun PSK"/>
                <w:sz w:val="28"/>
                <w:szCs w:val="28"/>
              </w:rPr>
              <w:t>ดี</w:t>
            </w:r>
            <w:proofErr w:type="spellEnd"/>
          </w:p>
        </w:tc>
        <w:tc>
          <w:tcPr>
            <w:tcW w:w="2250" w:type="dxa"/>
          </w:tcPr>
          <w:p w14:paraId="09A133DE" w14:textId="5D926584" w:rsidR="00884E7A" w:rsidRPr="00884E7A" w:rsidRDefault="00884E7A" w:rsidP="00884E7A">
            <w:pPr>
              <w:rPr>
                <w:rFonts w:ascii="TH Sarabun PSK" w:hAnsi="TH Sarabun PSK" w:hint="eastAsia"/>
                <w:sz w:val="28"/>
                <w:szCs w:val="28"/>
              </w:rPr>
            </w:pPr>
            <w:r w:rsidRPr="00884E7A">
              <w:rPr>
                <w:rFonts w:ascii="TH Sarabun PSK" w:hAnsi="TH Sarabun PSK"/>
                <w:sz w:val="28"/>
                <w:szCs w:val="28"/>
              </w:rPr>
              <w:t xml:space="preserve">[  ] </w:t>
            </w:r>
            <w:r w:rsidRPr="00884E7A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เทียบเท่าเจ้าของภาษา</w:t>
            </w:r>
            <w:r w:rsidRPr="00884E7A">
              <w:rPr>
                <w:rFonts w:ascii="TH Sarabun PSK" w:hAnsi="TH Sarabun PSK"/>
                <w:sz w:val="28"/>
                <w:szCs w:val="28"/>
              </w:rPr>
              <w:br/>
              <w:t xml:space="preserve">[  ] </w:t>
            </w:r>
            <w:proofErr w:type="spellStart"/>
            <w:r w:rsidRPr="00884E7A">
              <w:rPr>
                <w:rFonts w:ascii="TH Sarabun PSK" w:hAnsi="TH Sarabun PSK"/>
                <w:sz w:val="28"/>
                <w:szCs w:val="28"/>
              </w:rPr>
              <w:t>ดีมาก</w:t>
            </w:r>
            <w:proofErr w:type="spellEnd"/>
            <w:r w:rsidRPr="00884E7A">
              <w:rPr>
                <w:rFonts w:ascii="TH Sarabun PSK" w:hAnsi="TH Sarabun PSK"/>
                <w:sz w:val="28"/>
                <w:szCs w:val="28"/>
              </w:rPr>
              <w:br/>
              <w:t>[  ] ดี</w:t>
            </w:r>
          </w:p>
        </w:tc>
      </w:tr>
      <w:tr w:rsidR="00884E7A" w:rsidRPr="009456CF" w14:paraId="54671639" w14:textId="77777777" w:rsidTr="00884E7A">
        <w:tc>
          <w:tcPr>
            <w:tcW w:w="1644" w:type="dxa"/>
          </w:tcPr>
          <w:p w14:paraId="6B2ED2EB" w14:textId="77777777" w:rsidR="00884E7A" w:rsidRPr="00884E7A" w:rsidRDefault="00884E7A" w:rsidP="00884E7A">
            <w:pPr>
              <w:rPr>
                <w:rFonts w:ascii="TH Sarabun PSK" w:hAnsi="TH Sarabun PSK" w:hint="eastAsia"/>
                <w:sz w:val="28"/>
                <w:szCs w:val="28"/>
              </w:rPr>
            </w:pPr>
            <w:proofErr w:type="spellStart"/>
            <w:r w:rsidRPr="00884E7A">
              <w:rPr>
                <w:rFonts w:ascii="TH Sarabun PSK" w:hAnsi="TH Sarabun PSK"/>
                <w:sz w:val="28"/>
                <w:szCs w:val="28"/>
              </w:rPr>
              <w:t>ภาษา</w:t>
            </w:r>
            <w:proofErr w:type="spellEnd"/>
            <w:r w:rsidRPr="00884E7A">
              <w:rPr>
                <w:rFonts w:ascii="TH Sarabun PSK" w:hAnsi="TH Sarabun PSK"/>
                <w:sz w:val="28"/>
                <w:szCs w:val="28"/>
              </w:rPr>
              <w:t xml:space="preserve"> ............................</w:t>
            </w:r>
          </w:p>
        </w:tc>
        <w:tc>
          <w:tcPr>
            <w:tcW w:w="2136" w:type="dxa"/>
          </w:tcPr>
          <w:p w14:paraId="7E5E6CBD" w14:textId="21A54003" w:rsidR="00884E7A" w:rsidRPr="00884E7A" w:rsidRDefault="00884E7A" w:rsidP="00884E7A">
            <w:pPr>
              <w:rPr>
                <w:rFonts w:ascii="TH Sarabun PSK" w:hAnsi="TH Sarabun PSK" w:hint="eastAsia"/>
                <w:sz w:val="28"/>
                <w:szCs w:val="28"/>
              </w:rPr>
            </w:pPr>
            <w:r w:rsidRPr="00884E7A">
              <w:rPr>
                <w:rFonts w:ascii="TH Sarabun PSK" w:hAnsi="TH Sarabun PSK"/>
                <w:sz w:val="28"/>
                <w:szCs w:val="28"/>
              </w:rPr>
              <w:t xml:space="preserve">[  ] </w:t>
            </w:r>
            <w:r w:rsidRPr="00884E7A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เทียบเท่าเจ้าของภาษา</w:t>
            </w:r>
            <w:r w:rsidRPr="00884E7A">
              <w:rPr>
                <w:rFonts w:ascii="TH Sarabun PSK" w:hAnsi="TH Sarabun PSK"/>
                <w:sz w:val="28"/>
                <w:szCs w:val="28"/>
              </w:rPr>
              <w:br/>
              <w:t xml:space="preserve">[  ] </w:t>
            </w:r>
            <w:proofErr w:type="spellStart"/>
            <w:r w:rsidRPr="00884E7A">
              <w:rPr>
                <w:rFonts w:ascii="TH Sarabun PSK" w:hAnsi="TH Sarabun PSK"/>
                <w:sz w:val="28"/>
                <w:szCs w:val="28"/>
              </w:rPr>
              <w:t>ดีมาก</w:t>
            </w:r>
            <w:proofErr w:type="spellEnd"/>
            <w:r w:rsidRPr="00884E7A">
              <w:rPr>
                <w:rFonts w:ascii="TH Sarabun PSK" w:hAnsi="TH Sarabun PSK"/>
                <w:sz w:val="28"/>
                <w:szCs w:val="28"/>
              </w:rPr>
              <w:br/>
              <w:t xml:space="preserve">[  ] </w:t>
            </w:r>
            <w:proofErr w:type="spellStart"/>
            <w:r w:rsidRPr="00884E7A">
              <w:rPr>
                <w:rFonts w:ascii="TH Sarabun PSK" w:hAnsi="TH Sarabun PSK"/>
                <w:sz w:val="28"/>
                <w:szCs w:val="28"/>
              </w:rPr>
              <w:t>ดี</w:t>
            </w:r>
            <w:proofErr w:type="spellEnd"/>
          </w:p>
        </w:tc>
        <w:tc>
          <w:tcPr>
            <w:tcW w:w="2159" w:type="dxa"/>
          </w:tcPr>
          <w:p w14:paraId="077E9A1B" w14:textId="11412FAC" w:rsidR="00884E7A" w:rsidRPr="00884E7A" w:rsidRDefault="00884E7A" w:rsidP="00884E7A">
            <w:pPr>
              <w:rPr>
                <w:rFonts w:ascii="TH Sarabun PSK" w:hAnsi="TH Sarabun PSK" w:hint="eastAsia"/>
                <w:sz w:val="28"/>
                <w:szCs w:val="28"/>
              </w:rPr>
            </w:pPr>
            <w:r w:rsidRPr="00884E7A">
              <w:rPr>
                <w:rFonts w:ascii="TH Sarabun PSK" w:hAnsi="TH Sarabun PSK"/>
                <w:sz w:val="28"/>
                <w:szCs w:val="28"/>
              </w:rPr>
              <w:t xml:space="preserve">[  ] </w:t>
            </w:r>
            <w:r w:rsidRPr="00884E7A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เทียบเท่าเจ้าของภาษา</w:t>
            </w:r>
            <w:r w:rsidRPr="00884E7A">
              <w:rPr>
                <w:rFonts w:ascii="TH Sarabun PSK" w:hAnsi="TH Sarabun PSK"/>
                <w:sz w:val="28"/>
                <w:szCs w:val="28"/>
              </w:rPr>
              <w:br/>
              <w:t xml:space="preserve">[  ] </w:t>
            </w:r>
            <w:proofErr w:type="spellStart"/>
            <w:r w:rsidRPr="00884E7A">
              <w:rPr>
                <w:rFonts w:ascii="TH Sarabun PSK" w:hAnsi="TH Sarabun PSK"/>
                <w:sz w:val="28"/>
                <w:szCs w:val="28"/>
              </w:rPr>
              <w:t>ดีมาก</w:t>
            </w:r>
            <w:proofErr w:type="spellEnd"/>
            <w:r w:rsidRPr="00884E7A">
              <w:rPr>
                <w:rFonts w:ascii="TH Sarabun PSK" w:hAnsi="TH Sarabun PSK"/>
                <w:sz w:val="28"/>
                <w:szCs w:val="28"/>
              </w:rPr>
              <w:br/>
              <w:t xml:space="preserve">[  ] </w:t>
            </w:r>
            <w:proofErr w:type="spellStart"/>
            <w:r w:rsidRPr="00884E7A">
              <w:rPr>
                <w:rFonts w:ascii="TH Sarabun PSK" w:hAnsi="TH Sarabun PSK"/>
                <w:sz w:val="28"/>
                <w:szCs w:val="28"/>
              </w:rPr>
              <w:t>ดี</w:t>
            </w:r>
            <w:proofErr w:type="spellEnd"/>
          </w:p>
        </w:tc>
        <w:tc>
          <w:tcPr>
            <w:tcW w:w="2161" w:type="dxa"/>
          </w:tcPr>
          <w:p w14:paraId="1EEAB2A3" w14:textId="6E1BE758" w:rsidR="00884E7A" w:rsidRPr="00884E7A" w:rsidRDefault="00884E7A" w:rsidP="00884E7A">
            <w:pPr>
              <w:rPr>
                <w:rFonts w:ascii="TH Sarabun PSK" w:hAnsi="TH Sarabun PSK" w:hint="eastAsia"/>
                <w:sz w:val="28"/>
                <w:szCs w:val="28"/>
              </w:rPr>
            </w:pPr>
            <w:r w:rsidRPr="00884E7A">
              <w:rPr>
                <w:rFonts w:ascii="TH Sarabun PSK" w:hAnsi="TH Sarabun PSK"/>
                <w:sz w:val="28"/>
                <w:szCs w:val="28"/>
              </w:rPr>
              <w:t xml:space="preserve">[  ] </w:t>
            </w:r>
            <w:r w:rsidRPr="00884E7A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เทียบเท่าเจ้าของภาษา</w:t>
            </w:r>
            <w:r w:rsidRPr="00884E7A">
              <w:rPr>
                <w:rFonts w:ascii="TH Sarabun PSK" w:hAnsi="TH Sarabun PSK"/>
                <w:sz w:val="28"/>
                <w:szCs w:val="28"/>
              </w:rPr>
              <w:br/>
              <w:t xml:space="preserve">[  ] </w:t>
            </w:r>
            <w:proofErr w:type="spellStart"/>
            <w:r w:rsidRPr="00884E7A">
              <w:rPr>
                <w:rFonts w:ascii="TH Sarabun PSK" w:hAnsi="TH Sarabun PSK"/>
                <w:sz w:val="28"/>
                <w:szCs w:val="28"/>
              </w:rPr>
              <w:t>ดีมาก</w:t>
            </w:r>
            <w:proofErr w:type="spellEnd"/>
            <w:r w:rsidRPr="00884E7A">
              <w:rPr>
                <w:rFonts w:ascii="TH Sarabun PSK" w:hAnsi="TH Sarabun PSK"/>
                <w:sz w:val="28"/>
                <w:szCs w:val="28"/>
              </w:rPr>
              <w:br/>
              <w:t xml:space="preserve">[  ] </w:t>
            </w:r>
            <w:proofErr w:type="spellStart"/>
            <w:r w:rsidRPr="00884E7A">
              <w:rPr>
                <w:rFonts w:ascii="TH Sarabun PSK" w:hAnsi="TH Sarabun PSK"/>
                <w:sz w:val="28"/>
                <w:szCs w:val="28"/>
              </w:rPr>
              <w:t>ดี</w:t>
            </w:r>
            <w:proofErr w:type="spellEnd"/>
          </w:p>
        </w:tc>
        <w:tc>
          <w:tcPr>
            <w:tcW w:w="2250" w:type="dxa"/>
          </w:tcPr>
          <w:p w14:paraId="2CD3CCDD" w14:textId="395EA472" w:rsidR="00884E7A" w:rsidRPr="00884E7A" w:rsidRDefault="00884E7A" w:rsidP="00884E7A">
            <w:pPr>
              <w:rPr>
                <w:rFonts w:ascii="TH Sarabun PSK" w:hAnsi="TH Sarabun PSK" w:hint="eastAsia"/>
                <w:sz w:val="28"/>
                <w:szCs w:val="28"/>
              </w:rPr>
            </w:pPr>
            <w:r w:rsidRPr="00884E7A">
              <w:rPr>
                <w:rFonts w:ascii="TH Sarabun PSK" w:hAnsi="TH Sarabun PSK"/>
                <w:sz w:val="28"/>
                <w:szCs w:val="28"/>
              </w:rPr>
              <w:t xml:space="preserve">[  ] </w:t>
            </w:r>
            <w:r w:rsidRPr="00884E7A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เทียบเท่าเจ้าของภาษา</w:t>
            </w:r>
            <w:r w:rsidRPr="00884E7A">
              <w:rPr>
                <w:rFonts w:ascii="TH Sarabun PSK" w:hAnsi="TH Sarabun PSK"/>
                <w:sz w:val="28"/>
                <w:szCs w:val="28"/>
              </w:rPr>
              <w:br/>
              <w:t xml:space="preserve">[  ] </w:t>
            </w:r>
            <w:proofErr w:type="spellStart"/>
            <w:r w:rsidRPr="00884E7A">
              <w:rPr>
                <w:rFonts w:ascii="TH Sarabun PSK" w:hAnsi="TH Sarabun PSK"/>
                <w:sz w:val="28"/>
                <w:szCs w:val="28"/>
              </w:rPr>
              <w:t>ดีมาก</w:t>
            </w:r>
            <w:proofErr w:type="spellEnd"/>
            <w:r w:rsidRPr="00884E7A">
              <w:rPr>
                <w:rFonts w:ascii="TH Sarabun PSK" w:hAnsi="TH Sarabun PSK"/>
                <w:sz w:val="28"/>
                <w:szCs w:val="28"/>
              </w:rPr>
              <w:br/>
              <w:t>[  ] ดี</w:t>
            </w:r>
          </w:p>
        </w:tc>
      </w:tr>
      <w:tr w:rsidR="00691E51" w:rsidRPr="009456CF" w14:paraId="321729C7" w14:textId="77777777" w:rsidTr="00884E7A">
        <w:tc>
          <w:tcPr>
            <w:tcW w:w="1644" w:type="dxa"/>
          </w:tcPr>
          <w:p w14:paraId="007E2FCC" w14:textId="77777777" w:rsidR="00691E51" w:rsidRPr="00884E7A" w:rsidRDefault="00691E51" w:rsidP="00884E7A">
            <w:pPr>
              <w:rPr>
                <w:rFonts w:ascii="TH Sarabun PSK" w:hAnsi="TH Sarabun PSK" w:hint="eastAsia"/>
                <w:sz w:val="28"/>
                <w:szCs w:val="28"/>
              </w:rPr>
            </w:pPr>
          </w:p>
        </w:tc>
        <w:tc>
          <w:tcPr>
            <w:tcW w:w="2136" w:type="dxa"/>
          </w:tcPr>
          <w:p w14:paraId="03FC4AE1" w14:textId="77777777" w:rsidR="00691E51" w:rsidRPr="00884E7A" w:rsidRDefault="00691E51" w:rsidP="00884E7A">
            <w:pPr>
              <w:rPr>
                <w:rFonts w:ascii="TH Sarabun PSK" w:hAnsi="TH Sarabun PSK" w:hint="eastAsia"/>
                <w:sz w:val="28"/>
                <w:szCs w:val="28"/>
              </w:rPr>
            </w:pPr>
          </w:p>
        </w:tc>
        <w:tc>
          <w:tcPr>
            <w:tcW w:w="2159" w:type="dxa"/>
          </w:tcPr>
          <w:p w14:paraId="00D13BD6" w14:textId="77777777" w:rsidR="00691E51" w:rsidRPr="00884E7A" w:rsidRDefault="00691E51" w:rsidP="00884E7A">
            <w:pPr>
              <w:rPr>
                <w:rFonts w:ascii="TH Sarabun PSK" w:hAnsi="TH Sarabun PSK" w:hint="eastAsia"/>
                <w:sz w:val="28"/>
                <w:szCs w:val="28"/>
              </w:rPr>
            </w:pPr>
          </w:p>
        </w:tc>
        <w:tc>
          <w:tcPr>
            <w:tcW w:w="2161" w:type="dxa"/>
          </w:tcPr>
          <w:p w14:paraId="75F13226" w14:textId="77777777" w:rsidR="00691E51" w:rsidRPr="00884E7A" w:rsidRDefault="00691E51" w:rsidP="00884E7A">
            <w:pPr>
              <w:rPr>
                <w:rFonts w:ascii="TH Sarabun PSK" w:hAnsi="TH Sarabun PSK" w:hint="eastAsia"/>
                <w:sz w:val="28"/>
                <w:szCs w:val="28"/>
              </w:rPr>
            </w:pPr>
          </w:p>
        </w:tc>
        <w:tc>
          <w:tcPr>
            <w:tcW w:w="2250" w:type="dxa"/>
          </w:tcPr>
          <w:p w14:paraId="411DDF95" w14:textId="77777777" w:rsidR="00691E51" w:rsidRPr="00884E7A" w:rsidRDefault="00691E51" w:rsidP="00884E7A">
            <w:pPr>
              <w:rPr>
                <w:rFonts w:ascii="TH Sarabun PSK" w:hAnsi="TH Sarabun PSK" w:hint="eastAsia"/>
                <w:sz w:val="28"/>
                <w:szCs w:val="28"/>
              </w:rPr>
            </w:pPr>
          </w:p>
        </w:tc>
      </w:tr>
      <w:tr w:rsidR="00691E51" w:rsidRPr="009456CF" w14:paraId="71F05B22" w14:textId="77777777" w:rsidTr="00884E7A">
        <w:tc>
          <w:tcPr>
            <w:tcW w:w="1644" w:type="dxa"/>
          </w:tcPr>
          <w:p w14:paraId="70D7287F" w14:textId="77777777" w:rsidR="00691E51" w:rsidRPr="00884E7A" w:rsidRDefault="00691E51" w:rsidP="00884E7A">
            <w:pPr>
              <w:rPr>
                <w:rFonts w:ascii="TH Sarabun PSK" w:hAnsi="TH Sarabun PSK" w:hint="eastAsia"/>
                <w:sz w:val="28"/>
                <w:szCs w:val="28"/>
              </w:rPr>
            </w:pPr>
          </w:p>
        </w:tc>
        <w:tc>
          <w:tcPr>
            <w:tcW w:w="2136" w:type="dxa"/>
          </w:tcPr>
          <w:p w14:paraId="093979F0" w14:textId="77777777" w:rsidR="00691E51" w:rsidRPr="00884E7A" w:rsidRDefault="00691E51" w:rsidP="00884E7A">
            <w:pPr>
              <w:rPr>
                <w:rFonts w:ascii="TH Sarabun PSK" w:hAnsi="TH Sarabun PSK" w:hint="eastAsia"/>
                <w:sz w:val="28"/>
                <w:szCs w:val="28"/>
              </w:rPr>
            </w:pPr>
          </w:p>
        </w:tc>
        <w:tc>
          <w:tcPr>
            <w:tcW w:w="2159" w:type="dxa"/>
          </w:tcPr>
          <w:p w14:paraId="7D07B1F1" w14:textId="77777777" w:rsidR="00691E51" w:rsidRPr="00884E7A" w:rsidRDefault="00691E51" w:rsidP="00884E7A">
            <w:pPr>
              <w:rPr>
                <w:rFonts w:ascii="TH Sarabun PSK" w:hAnsi="TH Sarabun PSK" w:hint="eastAsia"/>
                <w:sz w:val="28"/>
                <w:szCs w:val="28"/>
              </w:rPr>
            </w:pPr>
          </w:p>
        </w:tc>
        <w:tc>
          <w:tcPr>
            <w:tcW w:w="2161" w:type="dxa"/>
          </w:tcPr>
          <w:p w14:paraId="2B426EE0" w14:textId="77777777" w:rsidR="00691E51" w:rsidRPr="00884E7A" w:rsidRDefault="00691E51" w:rsidP="00884E7A">
            <w:pPr>
              <w:rPr>
                <w:rFonts w:ascii="TH Sarabun PSK" w:hAnsi="TH Sarabun PSK" w:hint="eastAsia"/>
                <w:sz w:val="28"/>
                <w:szCs w:val="28"/>
              </w:rPr>
            </w:pPr>
          </w:p>
        </w:tc>
        <w:tc>
          <w:tcPr>
            <w:tcW w:w="2250" w:type="dxa"/>
          </w:tcPr>
          <w:p w14:paraId="2EA458D3" w14:textId="77777777" w:rsidR="00691E51" w:rsidRPr="00884E7A" w:rsidRDefault="00691E51" w:rsidP="00884E7A">
            <w:pPr>
              <w:rPr>
                <w:rFonts w:ascii="TH Sarabun PSK" w:hAnsi="TH Sarabun PSK" w:hint="eastAsia"/>
                <w:sz w:val="28"/>
                <w:szCs w:val="28"/>
              </w:rPr>
            </w:pPr>
          </w:p>
        </w:tc>
      </w:tr>
    </w:tbl>
    <w:p w14:paraId="2C54F861" w14:textId="77777777" w:rsidR="004A072C" w:rsidRPr="00580774" w:rsidRDefault="004A072C" w:rsidP="009456CF">
      <w:pPr>
        <w:spacing w:after="120"/>
        <w:rPr>
          <w:rFonts w:ascii="TH SarabunPSK" w:hAnsi="TH SarabunPSK" w:cs="TH SarabunPSK"/>
          <w:b/>
          <w:sz w:val="18"/>
          <w:szCs w:val="18"/>
          <w:lang w:bidi="th-TH"/>
        </w:rPr>
      </w:pPr>
    </w:p>
    <w:p w14:paraId="3EA18B72" w14:textId="4B2CF79E" w:rsidR="009456CF" w:rsidRPr="004A072C" w:rsidRDefault="009456CF" w:rsidP="00580774">
      <w:pPr>
        <w:shd w:val="clear" w:color="auto" w:fill="B6DDE8" w:themeFill="accent5" w:themeFillTint="66"/>
        <w:spacing w:after="240"/>
        <w:rPr>
          <w:rFonts w:ascii="TH SarabunPSK" w:hAnsi="TH SarabunPSK" w:cs="TH SarabunPSK"/>
          <w:sz w:val="32"/>
          <w:szCs w:val="32"/>
        </w:rPr>
      </w:pPr>
      <w:proofErr w:type="spellStart"/>
      <w:r w:rsidRPr="004A072C">
        <w:rPr>
          <w:rFonts w:ascii="TH SarabunPSK" w:hAnsi="TH SarabunPSK" w:cs="TH SarabunPSK"/>
          <w:b/>
          <w:sz w:val="32"/>
          <w:szCs w:val="32"/>
        </w:rPr>
        <w:lastRenderedPageBreak/>
        <w:t>ส่วนที่</w:t>
      </w:r>
      <w:proofErr w:type="spellEnd"/>
      <w:r w:rsidRPr="004A072C">
        <w:rPr>
          <w:rFonts w:ascii="TH SarabunPSK" w:hAnsi="TH SarabunPSK" w:cs="TH SarabunPSK"/>
          <w:b/>
          <w:sz w:val="32"/>
          <w:szCs w:val="32"/>
        </w:rPr>
        <w:t xml:space="preserve"> 3 : </w:t>
      </w:r>
      <w:r w:rsidR="00580774" w:rsidRPr="00580774">
        <w:rPr>
          <w:rFonts w:ascii="TH SarabunPSK" w:hAnsi="TH SarabunPSK" w:cs="TH SarabunPSK" w:hint="cs"/>
          <w:bCs/>
          <w:sz w:val="32"/>
          <w:szCs w:val="32"/>
          <w:cs/>
          <w:lang w:bidi="th-TH"/>
        </w:rPr>
        <w:t>ประสบการณ์และผลงานโด</w:t>
      </w:r>
      <w:r w:rsidR="0028248A">
        <w:rPr>
          <w:rFonts w:ascii="TH SarabunPSK" w:hAnsi="TH SarabunPSK" w:cs="TH SarabunPSK" w:hint="cs"/>
          <w:bCs/>
          <w:sz w:val="32"/>
          <w:szCs w:val="32"/>
          <w:cs/>
          <w:lang w:bidi="th-TH"/>
        </w:rPr>
        <w:t>ด</w:t>
      </w:r>
      <w:r w:rsidR="00580774" w:rsidRPr="00580774">
        <w:rPr>
          <w:rFonts w:ascii="TH SarabunPSK" w:hAnsi="TH SarabunPSK" w:cs="TH SarabunPSK" w:hint="cs"/>
          <w:bCs/>
          <w:sz w:val="32"/>
          <w:szCs w:val="32"/>
          <w:cs/>
          <w:lang w:bidi="th-TH"/>
        </w:rPr>
        <w:t>เด่น</w:t>
      </w:r>
      <w:r w:rsidRPr="004A072C">
        <w:rPr>
          <w:rFonts w:ascii="TH SarabunPSK" w:hAnsi="TH SarabunPSK" w:cs="TH SarabunPSK"/>
          <w:b/>
          <w:sz w:val="32"/>
          <w:szCs w:val="32"/>
        </w:rPr>
        <w:t xml:space="preserve"> </w:t>
      </w:r>
      <w:proofErr w:type="spellStart"/>
      <w:r w:rsidRPr="004A072C">
        <w:rPr>
          <w:rFonts w:ascii="TH SarabunPSK" w:hAnsi="TH SarabunPSK" w:cs="TH SarabunPSK"/>
          <w:b/>
          <w:sz w:val="32"/>
          <w:szCs w:val="32"/>
        </w:rPr>
        <w:t>การนำเสนอวิสัยทัศน์และแนวคิด</w:t>
      </w:r>
      <w:proofErr w:type="spellEnd"/>
      <w:r w:rsidR="00580774">
        <w:rPr>
          <w:rFonts w:ascii="TH SarabunPSK" w:hAnsi="TH SarabunPSK" w:cs="TH SarabunPSK"/>
          <w:b/>
          <w:sz w:val="32"/>
          <w:szCs w:val="32"/>
        </w:rPr>
        <w:t xml:space="preserve">                                       </w:t>
      </w:r>
    </w:p>
    <w:p w14:paraId="566F6FC0" w14:textId="34E7B4B4" w:rsidR="009456CF" w:rsidRPr="00580774" w:rsidRDefault="009456CF" w:rsidP="009456CF">
      <w:pPr>
        <w:spacing w:after="120"/>
        <w:rPr>
          <w:rFonts w:ascii="TH SarabunPSK" w:hAnsi="TH SarabunPSK" w:cs="TH SarabunPSK"/>
          <w:bCs/>
          <w:i/>
          <w:iCs/>
          <w:sz w:val="32"/>
          <w:szCs w:val="32"/>
          <w:cs/>
        </w:rPr>
      </w:pPr>
      <w:r w:rsidRPr="00A100B6">
        <w:rPr>
          <w:rFonts w:ascii="TH SarabunPSK" w:hAnsi="TH SarabunPSK" w:cs="TH SarabunPSK"/>
          <w:b/>
          <w:sz w:val="32"/>
          <w:szCs w:val="32"/>
        </w:rPr>
        <w:t>1</w:t>
      </w:r>
      <w:r w:rsidR="00884E7A">
        <w:rPr>
          <w:rFonts w:ascii="TH SarabunPSK" w:hAnsi="TH SarabunPSK" w:cs="TH SarabunPSK"/>
          <w:b/>
          <w:sz w:val="32"/>
          <w:szCs w:val="32"/>
          <w:lang w:bidi="th-TH"/>
        </w:rPr>
        <w:t>4</w:t>
      </w:r>
      <w:r w:rsidRPr="00A100B6">
        <w:rPr>
          <w:rFonts w:ascii="TH SarabunPSK" w:hAnsi="TH SarabunPSK" w:cs="TH SarabunPSK"/>
          <w:b/>
          <w:sz w:val="32"/>
          <w:szCs w:val="32"/>
        </w:rPr>
        <w:t>.</w:t>
      </w:r>
      <w:r w:rsidRPr="004A072C">
        <w:rPr>
          <w:rFonts w:ascii="TH SarabunPSK" w:hAnsi="TH SarabunPSK" w:cs="TH SarabunPSK"/>
          <w:bCs/>
          <w:sz w:val="32"/>
          <w:szCs w:val="32"/>
        </w:rPr>
        <w:t xml:space="preserve"> </w:t>
      </w:r>
      <w:r w:rsidR="004A072C" w:rsidRPr="004A072C">
        <w:rPr>
          <w:rFonts w:ascii="TH SarabunPSK" w:hAnsi="TH SarabunPSK" w:cs="TH SarabunPSK"/>
          <w:bCs/>
          <w:sz w:val="32"/>
          <w:szCs w:val="32"/>
          <w:cs/>
          <w:lang w:bidi="th-TH"/>
        </w:rPr>
        <w:t xml:space="preserve">ประสบการณ์ในการบริหารงานด้านเทคโนโลยีและนวัตกรรมในอุตสาหกรรม </w:t>
      </w:r>
      <w:r w:rsidR="004A072C" w:rsidRPr="004A072C">
        <w:rPr>
          <w:rFonts w:ascii="TH SarabunPSK" w:hAnsi="TH SarabunPSK" w:cs="TH SarabunPSK"/>
          <w:b/>
          <w:sz w:val="32"/>
          <w:szCs w:val="32"/>
          <w:lang w:bidi="th-TH"/>
        </w:rPr>
        <w:t>Life Science</w:t>
      </w:r>
      <w:r w:rsidR="004A072C" w:rsidRPr="004A072C">
        <w:rPr>
          <w:rFonts w:ascii="TH SarabunPSK" w:hAnsi="TH SarabunPSK" w:cs="TH SarabunPSK"/>
          <w:bCs/>
          <w:sz w:val="32"/>
          <w:szCs w:val="32"/>
          <w:lang w:bidi="th-TH"/>
        </w:rPr>
        <w:t xml:space="preserve"> </w:t>
      </w:r>
      <w:r w:rsidR="004A072C" w:rsidRPr="004A072C">
        <w:rPr>
          <w:rFonts w:ascii="TH SarabunPSK" w:hAnsi="TH SarabunPSK" w:cs="TH SarabunPSK"/>
          <w:bCs/>
          <w:sz w:val="32"/>
          <w:szCs w:val="32"/>
          <w:cs/>
          <w:lang w:bidi="th-TH"/>
        </w:rPr>
        <w:t>ที่เกี่ยวข้องกับการยกระดับและขับเคลื่อนเศรษฐกิจของประเทศ</w:t>
      </w:r>
      <w:r w:rsidR="004A072C">
        <w:rPr>
          <w:rFonts w:ascii="TH SarabunPSK" w:hAnsi="TH SarabunPSK" w:cs="TH SarabunPSK" w:hint="cs"/>
          <w:bCs/>
          <w:sz w:val="32"/>
          <w:szCs w:val="32"/>
          <w:cs/>
          <w:lang w:bidi="th-TH"/>
        </w:rPr>
        <w:t xml:space="preserve"> </w:t>
      </w:r>
      <w:r w:rsidR="004A072C" w:rsidRPr="00580774">
        <w:rPr>
          <w:rFonts w:ascii="TH SarabunPSK" w:hAnsi="TH SarabunPSK" w:cs="TH SarabunPSK" w:hint="cs"/>
          <w:bCs/>
          <w:i/>
          <w:iCs/>
          <w:sz w:val="32"/>
          <w:szCs w:val="32"/>
          <w:cs/>
          <w:lang w:bidi="th-TH"/>
        </w:rPr>
        <w:t>(</w:t>
      </w:r>
      <w:r w:rsidR="00580774" w:rsidRPr="00580774">
        <w:rPr>
          <w:rFonts w:ascii="TH SarabunPSK" w:hAnsi="TH SarabunPSK" w:cs="TH SarabunPSK" w:hint="cs"/>
          <w:bCs/>
          <w:i/>
          <w:iCs/>
          <w:sz w:val="32"/>
          <w:szCs w:val="32"/>
          <w:u w:val="single"/>
          <w:cs/>
          <w:lang w:bidi="th-TH"/>
        </w:rPr>
        <w:t>แนบหลักฐานอันเป็นที่ประจักษ์</w:t>
      </w:r>
      <w:r w:rsidR="00580774" w:rsidRPr="00580774">
        <w:rPr>
          <w:rFonts w:ascii="TH SarabunPSK" w:hAnsi="TH SarabunPSK" w:cs="TH SarabunPSK" w:hint="cs"/>
          <w:bCs/>
          <w:i/>
          <w:iCs/>
          <w:sz w:val="32"/>
          <w:szCs w:val="32"/>
          <w:cs/>
          <w:lang w:bidi="th-TH"/>
        </w:rPr>
        <w:t xml:space="preserve"> </w:t>
      </w:r>
      <w:r w:rsidR="004A072C" w:rsidRPr="00580774">
        <w:rPr>
          <w:rFonts w:ascii="TH SarabunPSK" w:hAnsi="TH SarabunPSK" w:cs="TH SarabunPSK" w:hint="cs"/>
          <w:bCs/>
          <w:i/>
          <w:iCs/>
          <w:sz w:val="32"/>
          <w:szCs w:val="32"/>
          <w:cs/>
          <w:lang w:bidi="th-TH"/>
        </w:rPr>
        <w:t>สามารถเพิ่มเป็น</w:t>
      </w:r>
      <w:r w:rsidR="004A072C" w:rsidRPr="00580774">
        <w:rPr>
          <w:rFonts w:ascii="TH SarabunPSK" w:hAnsi="TH SarabunPSK" w:cs="TH SarabunPSK"/>
          <w:bCs/>
          <w:i/>
          <w:iCs/>
          <w:sz w:val="32"/>
          <w:szCs w:val="32"/>
          <w:lang w:bidi="th-TH"/>
        </w:rPr>
        <w:t xml:space="preserve"> “</w:t>
      </w:r>
      <w:r w:rsidR="004A072C" w:rsidRPr="00580774">
        <w:rPr>
          <w:rFonts w:ascii="TH SarabunPSK" w:hAnsi="TH SarabunPSK" w:cs="TH SarabunPSK" w:hint="cs"/>
          <w:bCs/>
          <w:i/>
          <w:iCs/>
          <w:sz w:val="32"/>
          <w:szCs w:val="32"/>
          <w:cs/>
          <w:lang w:bidi="th-TH"/>
        </w:rPr>
        <w:t>เอกสารแนบ</w:t>
      </w:r>
      <w:r w:rsidR="004A072C" w:rsidRPr="00580774">
        <w:rPr>
          <w:rFonts w:ascii="TH SarabunPSK" w:hAnsi="TH SarabunPSK" w:cs="TH SarabunPSK"/>
          <w:bCs/>
          <w:i/>
          <w:iCs/>
          <w:sz w:val="32"/>
          <w:szCs w:val="32"/>
          <w:lang w:bidi="th-TH"/>
        </w:rPr>
        <w:t xml:space="preserve">” </w:t>
      </w:r>
      <w:r w:rsidR="004A072C" w:rsidRPr="00580774">
        <w:rPr>
          <w:rFonts w:ascii="TH SarabunPSK" w:hAnsi="TH SarabunPSK" w:cs="TH SarabunPSK" w:hint="cs"/>
          <w:bCs/>
          <w:i/>
          <w:iCs/>
          <w:sz w:val="32"/>
          <w:szCs w:val="32"/>
          <w:cs/>
          <w:lang w:bidi="th-TH"/>
        </w:rPr>
        <w:t>ได้)</w:t>
      </w:r>
    </w:p>
    <w:p w14:paraId="1CB760BA" w14:textId="4FD16217" w:rsidR="009456CF" w:rsidRPr="004A072C" w:rsidRDefault="009456CF" w:rsidP="009456CF">
      <w:pPr>
        <w:spacing w:after="120"/>
        <w:rPr>
          <w:rFonts w:ascii="TH SarabunPSK" w:hAnsi="TH SarabunPSK" w:cs="TH SarabunPSK"/>
          <w:sz w:val="32"/>
          <w:szCs w:val="32"/>
        </w:rPr>
      </w:pPr>
      <w:r w:rsidRPr="004A072C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</w:t>
      </w:r>
      <w:r w:rsidR="004A072C">
        <w:rPr>
          <w:rFonts w:ascii="TH SarabunPSK" w:hAnsi="TH SarabunPSK" w:cs="TH SarabunPSK"/>
          <w:sz w:val="32"/>
          <w:szCs w:val="32"/>
          <w:lang w:bidi="th-TH"/>
        </w:rPr>
        <w:t>.....................</w:t>
      </w:r>
      <w:r w:rsidRPr="004A072C">
        <w:rPr>
          <w:rFonts w:ascii="TH SarabunPSK" w:hAnsi="TH SarabunPSK" w:cs="TH SarabunPSK"/>
          <w:sz w:val="32"/>
          <w:szCs w:val="32"/>
        </w:rPr>
        <w:t>...............................</w:t>
      </w:r>
    </w:p>
    <w:p w14:paraId="42066EED" w14:textId="38A64DBE" w:rsidR="009456CF" w:rsidRPr="004A072C" w:rsidRDefault="009456CF" w:rsidP="009456CF">
      <w:pPr>
        <w:spacing w:after="120"/>
        <w:rPr>
          <w:rFonts w:ascii="TH SarabunPSK" w:hAnsi="TH SarabunPSK" w:cs="TH SarabunPSK"/>
          <w:sz w:val="32"/>
          <w:szCs w:val="32"/>
        </w:rPr>
      </w:pPr>
      <w:r w:rsidRPr="004A072C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</w:t>
      </w:r>
      <w:r w:rsidR="004A072C">
        <w:rPr>
          <w:rFonts w:ascii="TH SarabunPSK" w:hAnsi="TH SarabunPSK" w:cs="TH SarabunPSK"/>
          <w:sz w:val="32"/>
          <w:szCs w:val="32"/>
        </w:rPr>
        <w:t>.....................</w:t>
      </w:r>
      <w:r w:rsidRPr="004A072C">
        <w:rPr>
          <w:rFonts w:ascii="TH SarabunPSK" w:hAnsi="TH SarabunPSK" w:cs="TH SarabunPSK"/>
          <w:sz w:val="32"/>
          <w:szCs w:val="32"/>
        </w:rPr>
        <w:t>...</w:t>
      </w:r>
    </w:p>
    <w:p w14:paraId="0BDA4C26" w14:textId="50F041A3" w:rsidR="009456CF" w:rsidRPr="004A072C" w:rsidRDefault="009456CF" w:rsidP="009456CF">
      <w:pPr>
        <w:spacing w:after="120"/>
        <w:rPr>
          <w:rFonts w:ascii="TH SarabunPSK" w:hAnsi="TH SarabunPSK" w:cs="TH SarabunPSK"/>
          <w:sz w:val="32"/>
          <w:szCs w:val="32"/>
        </w:rPr>
      </w:pPr>
      <w:r w:rsidRPr="004A072C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</w:t>
      </w:r>
      <w:r w:rsidR="004A072C">
        <w:rPr>
          <w:rFonts w:ascii="TH SarabunPSK" w:hAnsi="TH SarabunPSK" w:cs="TH SarabunPSK"/>
          <w:sz w:val="32"/>
          <w:szCs w:val="32"/>
        </w:rPr>
        <w:t>.....................</w:t>
      </w:r>
      <w:r w:rsidRPr="004A072C">
        <w:rPr>
          <w:rFonts w:ascii="TH SarabunPSK" w:hAnsi="TH SarabunPSK" w:cs="TH SarabunPSK"/>
          <w:sz w:val="32"/>
          <w:szCs w:val="32"/>
        </w:rPr>
        <w:t>.............</w:t>
      </w:r>
    </w:p>
    <w:p w14:paraId="50A7FD4F" w14:textId="6B53A3CD" w:rsidR="009456CF" w:rsidRPr="004A072C" w:rsidRDefault="009456CF" w:rsidP="009456CF">
      <w:pPr>
        <w:spacing w:after="120"/>
        <w:rPr>
          <w:rFonts w:ascii="TH SarabunPSK" w:hAnsi="TH SarabunPSK" w:cs="TH SarabunPSK"/>
          <w:sz w:val="32"/>
          <w:szCs w:val="32"/>
        </w:rPr>
      </w:pPr>
      <w:r w:rsidRPr="004A072C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</w:t>
      </w:r>
      <w:r w:rsidR="004A072C">
        <w:rPr>
          <w:rFonts w:ascii="TH SarabunPSK" w:hAnsi="TH SarabunPSK" w:cs="TH SarabunPSK"/>
          <w:sz w:val="32"/>
          <w:szCs w:val="32"/>
        </w:rPr>
        <w:t>.....................</w:t>
      </w:r>
      <w:r w:rsidRPr="004A072C">
        <w:rPr>
          <w:rFonts w:ascii="TH SarabunPSK" w:hAnsi="TH SarabunPSK" w:cs="TH SarabunPSK"/>
          <w:sz w:val="32"/>
          <w:szCs w:val="32"/>
        </w:rPr>
        <w:t>.........</w:t>
      </w:r>
    </w:p>
    <w:p w14:paraId="57AD9FAE" w14:textId="13A0681E" w:rsidR="009456CF" w:rsidRPr="004A072C" w:rsidRDefault="009456CF" w:rsidP="009456CF">
      <w:pPr>
        <w:spacing w:after="120"/>
        <w:rPr>
          <w:rFonts w:ascii="TH SarabunPSK" w:hAnsi="TH SarabunPSK" w:cs="TH SarabunPSK"/>
          <w:sz w:val="32"/>
          <w:szCs w:val="32"/>
        </w:rPr>
      </w:pPr>
      <w:r w:rsidRPr="004A072C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</w:t>
      </w:r>
      <w:r w:rsidR="004A072C">
        <w:rPr>
          <w:rFonts w:ascii="TH SarabunPSK" w:hAnsi="TH SarabunPSK" w:cs="TH SarabunPSK"/>
          <w:sz w:val="32"/>
          <w:szCs w:val="32"/>
        </w:rPr>
        <w:t>.....................</w:t>
      </w:r>
      <w:r w:rsidRPr="004A072C">
        <w:rPr>
          <w:rFonts w:ascii="TH SarabunPSK" w:hAnsi="TH SarabunPSK" w:cs="TH SarabunPSK"/>
          <w:sz w:val="32"/>
          <w:szCs w:val="32"/>
        </w:rPr>
        <w:t>................</w:t>
      </w:r>
    </w:p>
    <w:p w14:paraId="6A00E742" w14:textId="6D2C87CC" w:rsidR="009456CF" w:rsidRPr="004A072C" w:rsidRDefault="009456CF" w:rsidP="009456CF">
      <w:pPr>
        <w:spacing w:after="120"/>
        <w:rPr>
          <w:rFonts w:ascii="TH SarabunPSK" w:hAnsi="TH SarabunPSK" w:cs="TH SarabunPSK"/>
          <w:sz w:val="32"/>
          <w:szCs w:val="32"/>
        </w:rPr>
      </w:pPr>
      <w:r w:rsidRPr="004A072C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</w:t>
      </w:r>
      <w:r w:rsidR="004A072C">
        <w:rPr>
          <w:rFonts w:ascii="TH SarabunPSK" w:hAnsi="TH SarabunPSK" w:cs="TH SarabunPSK"/>
          <w:sz w:val="32"/>
          <w:szCs w:val="32"/>
        </w:rPr>
        <w:t>.....................</w:t>
      </w:r>
      <w:r w:rsidRPr="004A072C">
        <w:rPr>
          <w:rFonts w:ascii="TH SarabunPSK" w:hAnsi="TH SarabunPSK" w:cs="TH SarabunPSK"/>
          <w:sz w:val="32"/>
          <w:szCs w:val="32"/>
        </w:rPr>
        <w:t>........</w:t>
      </w:r>
    </w:p>
    <w:p w14:paraId="1F9B6E90" w14:textId="479E64E2" w:rsidR="00580774" w:rsidRPr="00580774" w:rsidRDefault="009456CF" w:rsidP="00580774">
      <w:pPr>
        <w:spacing w:after="120"/>
        <w:rPr>
          <w:rFonts w:ascii="TH SarabunPSK" w:hAnsi="TH SarabunPSK" w:cs="TH SarabunPSK"/>
          <w:bCs/>
          <w:i/>
          <w:iCs/>
          <w:sz w:val="32"/>
          <w:szCs w:val="32"/>
          <w:cs/>
        </w:rPr>
      </w:pPr>
      <w:r w:rsidRPr="004A072C">
        <w:rPr>
          <w:rFonts w:ascii="TH SarabunPSK" w:hAnsi="TH SarabunPSK" w:cs="TH SarabunPSK"/>
          <w:b/>
          <w:sz w:val="32"/>
          <w:szCs w:val="32"/>
        </w:rPr>
        <w:t>1</w:t>
      </w:r>
      <w:r w:rsidR="00884E7A">
        <w:rPr>
          <w:rFonts w:ascii="TH SarabunPSK" w:hAnsi="TH SarabunPSK" w:cs="TH SarabunPSK"/>
          <w:b/>
          <w:sz w:val="32"/>
          <w:szCs w:val="32"/>
        </w:rPr>
        <w:t>5</w:t>
      </w:r>
      <w:r w:rsidRPr="004A072C">
        <w:rPr>
          <w:rFonts w:ascii="TH SarabunPSK" w:hAnsi="TH SarabunPSK" w:cs="TH SarabunPSK"/>
          <w:b/>
          <w:sz w:val="32"/>
          <w:szCs w:val="32"/>
        </w:rPr>
        <w:t xml:space="preserve">. </w:t>
      </w:r>
      <w:r w:rsidR="00580774" w:rsidRPr="00580774">
        <w:rPr>
          <w:rFonts w:ascii="TH SarabunPSK" w:hAnsi="TH SarabunPSK" w:cs="TH SarabunPSK"/>
          <w:bCs/>
          <w:sz w:val="32"/>
          <w:szCs w:val="32"/>
          <w:cs/>
          <w:lang w:bidi="th-TH"/>
        </w:rPr>
        <w:t>ประสบการณ์ความร่วมมือกับบุคคลและองค์กรระดับนานาชาติ</w:t>
      </w:r>
      <w:r w:rsidR="00580774">
        <w:rPr>
          <w:rFonts w:ascii="TH SarabunPSK" w:hAnsi="TH SarabunPSK" w:cs="TH SarabunPSK"/>
          <w:bCs/>
          <w:sz w:val="32"/>
          <w:szCs w:val="32"/>
          <w:lang w:bidi="th-TH"/>
        </w:rPr>
        <w:t xml:space="preserve"> </w:t>
      </w:r>
      <w:r w:rsidR="00580774" w:rsidRPr="00580774">
        <w:rPr>
          <w:rFonts w:ascii="TH SarabunPSK" w:hAnsi="TH SarabunPSK" w:cs="TH SarabunPSK" w:hint="cs"/>
          <w:bCs/>
          <w:i/>
          <w:iCs/>
          <w:sz w:val="32"/>
          <w:szCs w:val="32"/>
          <w:cs/>
          <w:lang w:bidi="th-TH"/>
        </w:rPr>
        <w:t>(</w:t>
      </w:r>
      <w:r w:rsidR="00580774" w:rsidRPr="00580774">
        <w:rPr>
          <w:rFonts w:ascii="TH SarabunPSK" w:hAnsi="TH SarabunPSK" w:cs="TH SarabunPSK" w:hint="cs"/>
          <w:bCs/>
          <w:i/>
          <w:iCs/>
          <w:sz w:val="32"/>
          <w:szCs w:val="32"/>
          <w:u w:val="single"/>
          <w:cs/>
          <w:lang w:bidi="th-TH"/>
        </w:rPr>
        <w:t>แนบหลักฐานอันเป็นที่ประจักษ์</w:t>
      </w:r>
      <w:r w:rsidR="00580774" w:rsidRPr="00580774">
        <w:rPr>
          <w:rFonts w:ascii="TH SarabunPSK" w:hAnsi="TH SarabunPSK" w:cs="TH SarabunPSK" w:hint="cs"/>
          <w:bCs/>
          <w:i/>
          <w:iCs/>
          <w:sz w:val="32"/>
          <w:szCs w:val="32"/>
          <w:cs/>
          <w:lang w:bidi="th-TH"/>
        </w:rPr>
        <w:t xml:space="preserve"> สามารถเพิ่มเป็น</w:t>
      </w:r>
      <w:r w:rsidR="00580774" w:rsidRPr="00580774">
        <w:rPr>
          <w:rFonts w:ascii="TH SarabunPSK" w:hAnsi="TH SarabunPSK" w:cs="TH SarabunPSK"/>
          <w:bCs/>
          <w:i/>
          <w:iCs/>
          <w:sz w:val="32"/>
          <w:szCs w:val="32"/>
          <w:lang w:bidi="th-TH"/>
        </w:rPr>
        <w:t xml:space="preserve"> “</w:t>
      </w:r>
      <w:r w:rsidR="00580774" w:rsidRPr="00580774">
        <w:rPr>
          <w:rFonts w:ascii="TH SarabunPSK" w:hAnsi="TH SarabunPSK" w:cs="TH SarabunPSK" w:hint="cs"/>
          <w:bCs/>
          <w:i/>
          <w:iCs/>
          <w:sz w:val="32"/>
          <w:szCs w:val="32"/>
          <w:cs/>
          <w:lang w:bidi="th-TH"/>
        </w:rPr>
        <w:t>เอกสารแนบ</w:t>
      </w:r>
      <w:r w:rsidR="00580774" w:rsidRPr="00580774">
        <w:rPr>
          <w:rFonts w:ascii="TH SarabunPSK" w:hAnsi="TH SarabunPSK" w:cs="TH SarabunPSK"/>
          <w:bCs/>
          <w:i/>
          <w:iCs/>
          <w:sz w:val="32"/>
          <w:szCs w:val="32"/>
          <w:lang w:bidi="th-TH"/>
        </w:rPr>
        <w:t xml:space="preserve">” </w:t>
      </w:r>
      <w:r w:rsidR="00580774" w:rsidRPr="00580774">
        <w:rPr>
          <w:rFonts w:ascii="TH SarabunPSK" w:hAnsi="TH SarabunPSK" w:cs="TH SarabunPSK" w:hint="cs"/>
          <w:bCs/>
          <w:i/>
          <w:iCs/>
          <w:sz w:val="32"/>
          <w:szCs w:val="32"/>
          <w:cs/>
          <w:lang w:bidi="th-TH"/>
        </w:rPr>
        <w:t>ได้)</w:t>
      </w:r>
    </w:p>
    <w:p w14:paraId="5390F402" w14:textId="3C6D3568" w:rsidR="00580774" w:rsidRDefault="00580774" w:rsidP="009456CF">
      <w:pPr>
        <w:spacing w:after="120"/>
        <w:rPr>
          <w:rFonts w:ascii="TH SarabunPSK" w:hAnsi="TH SarabunPSK" w:cs="TH SarabunPSK"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Cs/>
          <w:sz w:val="32"/>
          <w:szCs w:val="32"/>
          <w:lang w:bidi="th-TH"/>
        </w:rPr>
        <w:t>……………………………………………………………………………………………………</w:t>
      </w:r>
      <w:r w:rsidR="00691E51">
        <w:rPr>
          <w:rFonts w:ascii="TH SarabunPSK" w:hAnsi="TH SarabunPSK" w:cs="TH SarabunPSK"/>
          <w:bCs/>
          <w:sz w:val="32"/>
          <w:szCs w:val="32"/>
          <w:lang w:bidi="th-TH"/>
        </w:rPr>
        <w:t>.</w:t>
      </w:r>
      <w:r>
        <w:rPr>
          <w:rFonts w:ascii="TH SarabunPSK" w:hAnsi="TH SarabunPSK" w:cs="TH SarabunPSK"/>
          <w:bCs/>
          <w:sz w:val="32"/>
          <w:szCs w:val="32"/>
          <w:lang w:bidi="th-TH"/>
        </w:rPr>
        <w:t>…………………………………………………………….</w:t>
      </w:r>
    </w:p>
    <w:p w14:paraId="27CA7FE2" w14:textId="44A6B62A" w:rsidR="00580774" w:rsidRDefault="00580774" w:rsidP="009456CF">
      <w:pPr>
        <w:spacing w:after="120"/>
        <w:rPr>
          <w:rFonts w:ascii="TH SarabunPSK" w:hAnsi="TH SarabunPSK" w:cs="TH SarabunPSK"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Cs/>
          <w:sz w:val="32"/>
          <w:szCs w:val="32"/>
          <w:lang w:bidi="th-TH"/>
        </w:rPr>
        <w:t>…………………………………………………………………………………………………………………………………………………………………….</w:t>
      </w:r>
    </w:p>
    <w:p w14:paraId="6E54FAE7" w14:textId="4AA74BDD" w:rsidR="00580774" w:rsidRDefault="00580774" w:rsidP="00580774">
      <w:pPr>
        <w:spacing w:after="120"/>
        <w:rPr>
          <w:rFonts w:ascii="TH SarabunPSK" w:hAnsi="TH SarabunPSK" w:cs="TH SarabunPSK"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Cs/>
          <w:sz w:val="32"/>
          <w:szCs w:val="32"/>
          <w:lang w:bidi="th-TH"/>
        </w:rPr>
        <w:t>…………………………………………………………………………………………………………………………………………………………………….</w:t>
      </w:r>
    </w:p>
    <w:p w14:paraId="73793050" w14:textId="0F1638A0" w:rsidR="00580774" w:rsidRDefault="00580774" w:rsidP="00580774">
      <w:pPr>
        <w:spacing w:after="120"/>
        <w:rPr>
          <w:rFonts w:ascii="TH SarabunPSK" w:hAnsi="TH SarabunPSK" w:cs="TH SarabunPSK"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Cs/>
          <w:sz w:val="32"/>
          <w:szCs w:val="32"/>
          <w:lang w:bidi="th-TH"/>
        </w:rPr>
        <w:t>…………………………………………………………………………………………………………………………………………………………………….</w:t>
      </w:r>
    </w:p>
    <w:p w14:paraId="0C54463B" w14:textId="628715B5" w:rsidR="00580774" w:rsidRDefault="00580774" w:rsidP="00580774">
      <w:pPr>
        <w:spacing w:after="120"/>
        <w:rPr>
          <w:rFonts w:ascii="TH SarabunPSK" w:hAnsi="TH SarabunPSK" w:cs="TH SarabunPSK"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Cs/>
          <w:sz w:val="32"/>
          <w:szCs w:val="32"/>
          <w:lang w:bidi="th-TH"/>
        </w:rPr>
        <w:t>…………………………………………………………………………………………………………………………………………………………………….</w:t>
      </w:r>
    </w:p>
    <w:p w14:paraId="57410802" w14:textId="7358BACF" w:rsidR="00580774" w:rsidRDefault="00580774" w:rsidP="00580774">
      <w:pPr>
        <w:spacing w:after="120"/>
        <w:rPr>
          <w:rFonts w:ascii="TH SarabunPSK" w:hAnsi="TH SarabunPSK" w:cs="TH SarabunPSK"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Cs/>
          <w:sz w:val="32"/>
          <w:szCs w:val="32"/>
          <w:lang w:bidi="th-TH"/>
        </w:rPr>
        <w:t>…………………………………………………………………………………………………………………………………………………………………….</w:t>
      </w:r>
    </w:p>
    <w:p w14:paraId="7A473868" w14:textId="2F67868A" w:rsidR="00082466" w:rsidRPr="00580774" w:rsidRDefault="00082466" w:rsidP="00082466">
      <w:pPr>
        <w:spacing w:after="120"/>
        <w:rPr>
          <w:rFonts w:ascii="TH SarabunPSK" w:hAnsi="TH SarabunPSK" w:cs="TH SarabunPSK"/>
          <w:bCs/>
          <w:i/>
          <w:iCs/>
          <w:sz w:val="32"/>
          <w:szCs w:val="32"/>
          <w:cs/>
        </w:rPr>
      </w:pPr>
      <w:r>
        <w:rPr>
          <w:rFonts w:ascii="TH SarabunPSK" w:hAnsi="TH SarabunPSK" w:cs="TH SarabunPSK"/>
          <w:b/>
          <w:sz w:val="32"/>
          <w:szCs w:val="32"/>
          <w:lang w:bidi="th-TH"/>
        </w:rPr>
        <w:t>1</w:t>
      </w:r>
      <w:r w:rsidR="00884E7A">
        <w:rPr>
          <w:rFonts w:ascii="TH SarabunPSK" w:hAnsi="TH SarabunPSK" w:cs="TH SarabunPSK"/>
          <w:b/>
          <w:sz w:val="32"/>
          <w:szCs w:val="32"/>
          <w:lang w:bidi="th-TH"/>
        </w:rPr>
        <w:t>6</w:t>
      </w:r>
      <w:r>
        <w:rPr>
          <w:rFonts w:ascii="TH SarabunPSK" w:hAnsi="TH SarabunPSK" w:cs="TH SarabunPSK"/>
          <w:b/>
          <w:sz w:val="32"/>
          <w:szCs w:val="32"/>
          <w:lang w:bidi="th-TH"/>
        </w:rPr>
        <w:t xml:space="preserve">. </w:t>
      </w:r>
      <w:r w:rsidRPr="00082466">
        <w:rPr>
          <w:rFonts w:ascii="TH SarabunPSK" w:hAnsi="TH SarabunPSK" w:cs="TH SarabunPSK"/>
          <w:bCs/>
          <w:sz w:val="32"/>
          <w:szCs w:val="32"/>
          <w:cs/>
          <w:lang w:bidi="th-TH"/>
        </w:rPr>
        <w:t>ผลงานอื่นที่เป็นที่ยอมรับและปรากฎเด่นชัดในระดับประเทศและระดับนานาชาติ</w:t>
      </w:r>
      <w:r>
        <w:rPr>
          <w:rFonts w:ascii="TH SarabunPSK" w:hAnsi="TH SarabunPSK" w:cs="TH SarabunPSK"/>
          <w:bCs/>
          <w:sz w:val="32"/>
          <w:szCs w:val="32"/>
          <w:lang w:bidi="th-TH"/>
        </w:rPr>
        <w:t xml:space="preserve"> </w:t>
      </w:r>
      <w:r w:rsidRPr="00580774">
        <w:rPr>
          <w:rFonts w:ascii="TH SarabunPSK" w:hAnsi="TH SarabunPSK" w:cs="TH SarabunPSK" w:hint="cs"/>
          <w:bCs/>
          <w:i/>
          <w:iCs/>
          <w:sz w:val="32"/>
          <w:szCs w:val="32"/>
          <w:cs/>
          <w:lang w:bidi="th-TH"/>
        </w:rPr>
        <w:t>(</w:t>
      </w:r>
      <w:r w:rsidRPr="00580774">
        <w:rPr>
          <w:rFonts w:ascii="TH SarabunPSK" w:hAnsi="TH SarabunPSK" w:cs="TH SarabunPSK" w:hint="cs"/>
          <w:bCs/>
          <w:i/>
          <w:iCs/>
          <w:sz w:val="32"/>
          <w:szCs w:val="32"/>
          <w:u w:val="single"/>
          <w:cs/>
          <w:lang w:bidi="th-TH"/>
        </w:rPr>
        <w:t>แนบหลักฐานอันเป็นที่ประจักษ์</w:t>
      </w:r>
      <w:r w:rsidRPr="00580774">
        <w:rPr>
          <w:rFonts w:ascii="TH SarabunPSK" w:hAnsi="TH SarabunPSK" w:cs="TH SarabunPSK" w:hint="cs"/>
          <w:bCs/>
          <w:i/>
          <w:iCs/>
          <w:sz w:val="32"/>
          <w:szCs w:val="32"/>
          <w:cs/>
          <w:lang w:bidi="th-TH"/>
        </w:rPr>
        <w:t xml:space="preserve"> สามารถเพิ่มเป็น</w:t>
      </w:r>
      <w:r w:rsidRPr="00580774">
        <w:rPr>
          <w:rFonts w:ascii="TH SarabunPSK" w:hAnsi="TH SarabunPSK" w:cs="TH SarabunPSK"/>
          <w:bCs/>
          <w:i/>
          <w:iCs/>
          <w:sz w:val="32"/>
          <w:szCs w:val="32"/>
          <w:lang w:bidi="th-TH"/>
        </w:rPr>
        <w:t xml:space="preserve"> “</w:t>
      </w:r>
      <w:r w:rsidRPr="00580774">
        <w:rPr>
          <w:rFonts w:ascii="TH SarabunPSK" w:hAnsi="TH SarabunPSK" w:cs="TH SarabunPSK" w:hint="cs"/>
          <w:bCs/>
          <w:i/>
          <w:iCs/>
          <w:sz w:val="32"/>
          <w:szCs w:val="32"/>
          <w:cs/>
          <w:lang w:bidi="th-TH"/>
        </w:rPr>
        <w:t>เอกสารแนบ</w:t>
      </w:r>
      <w:r w:rsidRPr="00580774">
        <w:rPr>
          <w:rFonts w:ascii="TH SarabunPSK" w:hAnsi="TH SarabunPSK" w:cs="TH SarabunPSK"/>
          <w:bCs/>
          <w:i/>
          <w:iCs/>
          <w:sz w:val="32"/>
          <w:szCs w:val="32"/>
          <w:lang w:bidi="th-TH"/>
        </w:rPr>
        <w:t xml:space="preserve">” </w:t>
      </w:r>
      <w:r w:rsidRPr="00580774">
        <w:rPr>
          <w:rFonts w:ascii="TH SarabunPSK" w:hAnsi="TH SarabunPSK" w:cs="TH SarabunPSK" w:hint="cs"/>
          <w:bCs/>
          <w:i/>
          <w:iCs/>
          <w:sz w:val="32"/>
          <w:szCs w:val="32"/>
          <w:cs/>
          <w:lang w:bidi="th-TH"/>
        </w:rPr>
        <w:t>ได้)</w:t>
      </w:r>
    </w:p>
    <w:p w14:paraId="79DAF94F" w14:textId="2E039348" w:rsidR="00082466" w:rsidRDefault="00082466" w:rsidP="00082466">
      <w:pPr>
        <w:spacing w:after="120"/>
        <w:rPr>
          <w:rFonts w:ascii="TH SarabunPSK" w:hAnsi="TH SarabunPSK" w:cs="TH SarabunPSK"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Cs/>
          <w:sz w:val="32"/>
          <w:szCs w:val="32"/>
          <w:lang w:bidi="th-TH"/>
        </w:rPr>
        <w:t>…………………………………………………………………………………………………………………………………………………………………….</w:t>
      </w:r>
    </w:p>
    <w:p w14:paraId="609B3A37" w14:textId="5A360334" w:rsidR="00082466" w:rsidRDefault="00082466" w:rsidP="00082466">
      <w:pPr>
        <w:spacing w:after="120"/>
        <w:rPr>
          <w:rFonts w:ascii="TH SarabunPSK" w:hAnsi="TH SarabunPSK" w:cs="TH SarabunPSK"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Cs/>
          <w:sz w:val="32"/>
          <w:szCs w:val="32"/>
          <w:lang w:bidi="th-TH"/>
        </w:rPr>
        <w:t>…………………………………………………………………………………………………………………………………………………………………….</w:t>
      </w:r>
    </w:p>
    <w:p w14:paraId="3E154D30" w14:textId="6525B7C2" w:rsidR="00082466" w:rsidRDefault="00082466" w:rsidP="00082466">
      <w:pPr>
        <w:spacing w:after="120"/>
        <w:rPr>
          <w:rFonts w:ascii="TH SarabunPSK" w:hAnsi="TH SarabunPSK" w:cs="TH SarabunPSK"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Cs/>
          <w:sz w:val="32"/>
          <w:szCs w:val="32"/>
          <w:lang w:bidi="th-TH"/>
        </w:rPr>
        <w:t>…………………………………………………………………………………………………………………………………………………………………….</w:t>
      </w:r>
    </w:p>
    <w:p w14:paraId="523EF1EB" w14:textId="73076D75" w:rsidR="00082466" w:rsidRDefault="00082466" w:rsidP="00082466">
      <w:pPr>
        <w:spacing w:after="120"/>
        <w:rPr>
          <w:rFonts w:ascii="TH SarabunPSK" w:hAnsi="TH SarabunPSK" w:cs="TH SarabunPSK"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Cs/>
          <w:sz w:val="32"/>
          <w:szCs w:val="32"/>
          <w:lang w:bidi="th-TH"/>
        </w:rPr>
        <w:t>…………………………………………………………………………………………………………………………………………………………………….</w:t>
      </w:r>
    </w:p>
    <w:p w14:paraId="53D3A926" w14:textId="7EFF157D" w:rsidR="00082466" w:rsidRDefault="00082466" w:rsidP="00082466">
      <w:pPr>
        <w:spacing w:after="120"/>
        <w:rPr>
          <w:rFonts w:ascii="TH SarabunPSK" w:hAnsi="TH SarabunPSK" w:cs="TH SarabunPSK"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Cs/>
          <w:sz w:val="32"/>
          <w:szCs w:val="32"/>
          <w:lang w:bidi="th-TH"/>
        </w:rPr>
        <w:t>…………………………………………………………………………………………………………………………………………………………………….</w:t>
      </w:r>
    </w:p>
    <w:p w14:paraId="7A0CFC67" w14:textId="1AE86382" w:rsidR="00082466" w:rsidRDefault="00082466" w:rsidP="00082466">
      <w:pPr>
        <w:spacing w:after="120"/>
        <w:rPr>
          <w:rFonts w:ascii="TH SarabunPSK" w:hAnsi="TH SarabunPSK" w:cs="TH SarabunPSK"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Cs/>
          <w:sz w:val="32"/>
          <w:szCs w:val="32"/>
          <w:lang w:bidi="th-TH"/>
        </w:rPr>
        <w:t>…………………………………………………………………………………………………………………………………………………………………….</w:t>
      </w:r>
    </w:p>
    <w:p w14:paraId="44400DFD" w14:textId="0BEED931" w:rsidR="009456CF" w:rsidRPr="00580774" w:rsidRDefault="00082466" w:rsidP="009456CF">
      <w:pPr>
        <w:spacing w:after="120"/>
        <w:rPr>
          <w:rFonts w:ascii="TH SarabunPSK" w:hAnsi="TH SarabunPSK" w:cs="TH SarabunPSK"/>
          <w:b/>
          <w:bCs/>
          <w:i/>
          <w:iCs/>
          <w:sz w:val="32"/>
          <w:szCs w:val="32"/>
          <w:lang w:bidi="th-TH"/>
        </w:rPr>
      </w:pPr>
      <w:r>
        <w:rPr>
          <w:rFonts w:ascii="TH SarabunPSK" w:hAnsi="TH SarabunPSK" w:cs="TH SarabunPSK"/>
          <w:b/>
          <w:sz w:val="32"/>
          <w:szCs w:val="32"/>
        </w:rPr>
        <w:lastRenderedPageBreak/>
        <w:t>1</w:t>
      </w:r>
      <w:r w:rsidR="00884E7A">
        <w:rPr>
          <w:rFonts w:ascii="TH SarabunPSK" w:hAnsi="TH SarabunPSK" w:cs="TH SarabunPSK"/>
          <w:b/>
          <w:sz w:val="32"/>
          <w:szCs w:val="32"/>
        </w:rPr>
        <w:t>7</w:t>
      </w:r>
      <w:r>
        <w:rPr>
          <w:rFonts w:ascii="TH SarabunPSK" w:hAnsi="TH SarabunPSK" w:cs="TH SarabunPSK"/>
          <w:b/>
          <w:sz w:val="32"/>
          <w:szCs w:val="32"/>
        </w:rPr>
        <w:t xml:space="preserve">. </w:t>
      </w:r>
      <w:r w:rsidRPr="00082466">
        <w:rPr>
          <w:rFonts w:ascii="TH SarabunPSK" w:hAnsi="TH SarabunPSK" w:cs="TH SarabunPSK"/>
          <w:bCs/>
          <w:sz w:val="32"/>
          <w:szCs w:val="32"/>
          <w:cs/>
          <w:lang w:bidi="th-TH"/>
        </w:rPr>
        <w:t>วิสัยทัศน์ในการบริหารและ</w:t>
      </w:r>
      <w:r>
        <w:rPr>
          <w:rFonts w:ascii="TH SarabunPSK" w:hAnsi="TH SarabunPSK" w:cs="TH SarabunPSK" w:hint="cs"/>
          <w:bCs/>
          <w:sz w:val="32"/>
          <w:szCs w:val="32"/>
          <w:cs/>
          <w:lang w:bidi="th-TH"/>
        </w:rPr>
        <w:t>ยกระดับสำนักงานเทคโนโลยีและนวัตกรรมด้านชีววิทยาศาสตร์</w:t>
      </w:r>
      <w:r w:rsidRPr="00082466">
        <w:rPr>
          <w:rFonts w:ascii="TH SarabunPSK" w:hAnsi="TH SarabunPSK" w:cs="TH SarabunPSK"/>
          <w:bCs/>
          <w:sz w:val="32"/>
          <w:szCs w:val="32"/>
          <w:cs/>
          <w:lang w:bidi="th-TH"/>
        </w:rPr>
        <w:t xml:space="preserve"> (องค์การมหาชน) </w:t>
      </w:r>
      <w:r w:rsidR="009456CF" w:rsidRPr="00580774">
        <w:rPr>
          <w:rFonts w:ascii="TH SarabunPSK" w:hAnsi="TH SarabunPSK" w:cs="TH SarabunPSK"/>
          <w:b/>
          <w:bCs/>
          <w:i/>
          <w:iCs/>
          <w:sz w:val="32"/>
          <w:szCs w:val="32"/>
        </w:rPr>
        <w:t>(</w:t>
      </w:r>
      <w:proofErr w:type="spellStart"/>
      <w:r w:rsidR="009456CF" w:rsidRPr="00580774">
        <w:rPr>
          <w:rFonts w:ascii="TH SarabunPSK" w:hAnsi="TH SarabunPSK" w:cs="TH SarabunPSK"/>
          <w:b/>
          <w:bCs/>
          <w:i/>
          <w:iCs/>
          <w:sz w:val="32"/>
          <w:szCs w:val="32"/>
        </w:rPr>
        <w:t>จัดทำเป็นเอกสาร</w:t>
      </w:r>
      <w:proofErr w:type="spellEnd"/>
      <w:r w:rsidR="009456CF" w:rsidRPr="00580774">
        <w:rPr>
          <w:rFonts w:ascii="TH SarabunPSK" w:hAnsi="TH SarabunPSK" w:cs="TH SarabunPSK"/>
          <w:b/>
          <w:bCs/>
          <w:i/>
          <w:iCs/>
          <w:sz w:val="32"/>
          <w:szCs w:val="32"/>
        </w:rPr>
        <w:t xml:space="preserve"> A4 </w:t>
      </w:r>
      <w:proofErr w:type="spellStart"/>
      <w:r w:rsidR="009456CF" w:rsidRPr="00580774">
        <w:rPr>
          <w:rFonts w:ascii="TH SarabunPSK" w:hAnsi="TH SarabunPSK" w:cs="TH SarabunPSK"/>
          <w:b/>
          <w:bCs/>
          <w:i/>
          <w:iCs/>
          <w:sz w:val="32"/>
          <w:szCs w:val="32"/>
        </w:rPr>
        <w:t>จำนวนไม่เกิน</w:t>
      </w:r>
      <w:proofErr w:type="spellEnd"/>
      <w:r w:rsidR="009456CF" w:rsidRPr="00580774">
        <w:rPr>
          <w:rFonts w:ascii="TH SarabunPSK" w:hAnsi="TH SarabunPSK" w:cs="TH SarabunPSK"/>
          <w:b/>
          <w:bCs/>
          <w:i/>
          <w:iCs/>
          <w:sz w:val="32"/>
          <w:szCs w:val="32"/>
        </w:rPr>
        <w:t xml:space="preserve"> 4 </w:t>
      </w:r>
      <w:proofErr w:type="spellStart"/>
      <w:r w:rsidR="009456CF" w:rsidRPr="00580774">
        <w:rPr>
          <w:rFonts w:ascii="TH SarabunPSK" w:hAnsi="TH SarabunPSK" w:cs="TH SarabunPSK"/>
          <w:b/>
          <w:bCs/>
          <w:i/>
          <w:iCs/>
          <w:sz w:val="32"/>
          <w:szCs w:val="32"/>
        </w:rPr>
        <w:t>หน้า</w:t>
      </w:r>
      <w:proofErr w:type="spellEnd"/>
      <w:r w:rsidR="008436B9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  <w:lang w:bidi="th-TH"/>
        </w:rPr>
        <w:t>)</w:t>
      </w:r>
    </w:p>
    <w:p w14:paraId="21428E19" w14:textId="48CE2BBD" w:rsidR="00082466" w:rsidRPr="008436B9" w:rsidRDefault="008436B9" w:rsidP="008436B9">
      <w:pPr>
        <w:spacing w:after="12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-</w:t>
      </w:r>
      <w:r w:rsidRPr="008436B9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เอกสารแนบ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-</w:t>
      </w:r>
    </w:p>
    <w:p w14:paraId="6CBC78C4" w14:textId="64EF6A26" w:rsidR="009456CF" w:rsidRPr="004A072C" w:rsidRDefault="009456CF" w:rsidP="0037480D">
      <w:pPr>
        <w:shd w:val="clear" w:color="auto" w:fill="B6DDE8" w:themeFill="accent5" w:themeFillTint="66"/>
        <w:rPr>
          <w:rFonts w:ascii="TH SarabunPSK" w:hAnsi="TH SarabunPSK" w:cs="TH SarabunPSK"/>
          <w:sz w:val="32"/>
          <w:szCs w:val="32"/>
          <w:lang w:bidi="th-TH"/>
        </w:rPr>
      </w:pPr>
      <w:proofErr w:type="spellStart"/>
      <w:r w:rsidRPr="004A072C">
        <w:rPr>
          <w:rFonts w:ascii="TH SarabunPSK" w:hAnsi="TH SarabunPSK" w:cs="TH SarabunPSK"/>
          <w:b/>
          <w:sz w:val="32"/>
          <w:szCs w:val="32"/>
        </w:rPr>
        <w:t>ส่วนที่</w:t>
      </w:r>
      <w:proofErr w:type="spellEnd"/>
      <w:r w:rsidRPr="004A072C">
        <w:rPr>
          <w:rFonts w:ascii="TH SarabunPSK" w:hAnsi="TH SarabunPSK" w:cs="TH SarabunPSK"/>
          <w:b/>
          <w:sz w:val="32"/>
          <w:szCs w:val="32"/>
        </w:rPr>
        <w:t xml:space="preserve"> 4 : การรับรอง</w:t>
      </w:r>
      <w:r w:rsidR="0037480D">
        <w:rPr>
          <w:rFonts w:ascii="TH SarabunPSK" w:hAnsi="TH SarabunPSK" w:cs="TH SarabunPSK" w:hint="cs"/>
          <w:b/>
          <w:sz w:val="32"/>
          <w:szCs w:val="32"/>
          <w:cs/>
          <w:lang w:bidi="th-TH"/>
        </w:rPr>
        <w:t xml:space="preserve">                                                                                                               </w:t>
      </w:r>
    </w:p>
    <w:p w14:paraId="1571F72F" w14:textId="061DDCB6" w:rsidR="009456CF" w:rsidRPr="004A072C" w:rsidRDefault="009456CF" w:rsidP="009456CF">
      <w:pPr>
        <w:spacing w:after="120"/>
        <w:rPr>
          <w:rFonts w:ascii="TH SarabunPSK" w:hAnsi="TH SarabunPSK" w:cs="TH SarabunPSK"/>
          <w:sz w:val="32"/>
          <w:szCs w:val="32"/>
        </w:rPr>
      </w:pPr>
      <w:r w:rsidRPr="004A072C">
        <w:rPr>
          <w:rFonts w:ascii="TH SarabunPSK" w:hAnsi="TH SarabunPSK" w:cs="TH SarabunPSK"/>
          <w:b/>
          <w:sz w:val="32"/>
          <w:szCs w:val="32"/>
        </w:rPr>
        <w:t>1</w:t>
      </w:r>
      <w:r w:rsidR="00884E7A">
        <w:rPr>
          <w:rFonts w:ascii="TH SarabunPSK" w:hAnsi="TH SarabunPSK" w:cs="TH SarabunPSK"/>
          <w:b/>
          <w:sz w:val="32"/>
          <w:szCs w:val="32"/>
        </w:rPr>
        <w:t>8</w:t>
      </w:r>
      <w:r w:rsidRPr="004A072C">
        <w:rPr>
          <w:rFonts w:ascii="TH SarabunPSK" w:hAnsi="TH SarabunPSK" w:cs="TH SarabunPSK"/>
          <w:b/>
          <w:sz w:val="32"/>
          <w:szCs w:val="32"/>
        </w:rPr>
        <w:t xml:space="preserve">. </w:t>
      </w:r>
      <w:proofErr w:type="spellStart"/>
      <w:r w:rsidRPr="004A072C">
        <w:rPr>
          <w:rFonts w:ascii="TH SarabunPSK" w:hAnsi="TH SarabunPSK" w:cs="TH SarabunPSK"/>
          <w:b/>
          <w:sz w:val="32"/>
          <w:szCs w:val="32"/>
        </w:rPr>
        <w:t>ข้าพเจ้าขอรับรองว่าเป็นผู้มีคุณสมบัติและไม่มีลักษณะต้องห้าม</w:t>
      </w:r>
      <w:proofErr w:type="spellEnd"/>
      <w:r w:rsidRPr="004A072C">
        <w:rPr>
          <w:rFonts w:ascii="TH SarabunPSK" w:hAnsi="TH SarabunPSK" w:cs="TH SarabunPSK"/>
          <w:b/>
          <w:sz w:val="32"/>
          <w:szCs w:val="32"/>
        </w:rPr>
        <w:t xml:space="preserve"> </w:t>
      </w:r>
      <w:proofErr w:type="spellStart"/>
      <w:r w:rsidRPr="004A072C">
        <w:rPr>
          <w:rFonts w:ascii="TH SarabunPSK" w:hAnsi="TH SarabunPSK" w:cs="TH SarabunPSK"/>
          <w:b/>
          <w:sz w:val="32"/>
          <w:szCs w:val="32"/>
        </w:rPr>
        <w:t>ดังต่อไปนี้</w:t>
      </w:r>
      <w:proofErr w:type="spellEnd"/>
    </w:p>
    <w:tbl>
      <w:tblPr>
        <w:tblStyle w:val="TableGrid"/>
        <w:tblW w:w="972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010"/>
        <w:gridCol w:w="900"/>
        <w:gridCol w:w="810"/>
      </w:tblGrid>
      <w:tr w:rsidR="009456CF" w:rsidRPr="004A072C" w14:paraId="4A079C7F" w14:textId="77777777" w:rsidTr="008B4A34">
        <w:trPr>
          <w:trHeight w:val="357"/>
          <w:tblHeader/>
        </w:trPr>
        <w:tc>
          <w:tcPr>
            <w:tcW w:w="8010" w:type="dxa"/>
            <w:shd w:val="clear" w:color="auto" w:fill="E6E6E6"/>
          </w:tcPr>
          <w:p w14:paraId="502482D7" w14:textId="19374626" w:rsidR="009456CF" w:rsidRPr="004A072C" w:rsidRDefault="009456CF" w:rsidP="009456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4A072C">
              <w:rPr>
                <w:rFonts w:ascii="TH SarabunPSK" w:hAnsi="TH SarabunPSK" w:cs="TH SarabunPSK"/>
                <w:b/>
                <w:sz w:val="32"/>
                <w:szCs w:val="32"/>
              </w:rPr>
              <w:t>คุณสมบัติและลักษณะต้องห้าม</w:t>
            </w:r>
            <w:proofErr w:type="spellEnd"/>
          </w:p>
        </w:tc>
        <w:tc>
          <w:tcPr>
            <w:tcW w:w="900" w:type="dxa"/>
            <w:shd w:val="clear" w:color="auto" w:fill="E6E6E6"/>
          </w:tcPr>
          <w:p w14:paraId="23BC57DC" w14:textId="77777777" w:rsidR="009456CF" w:rsidRPr="004A072C" w:rsidRDefault="009456CF" w:rsidP="009456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4A072C">
              <w:rPr>
                <w:rFonts w:ascii="TH SarabunPSK" w:hAnsi="TH SarabunPSK" w:cs="TH SarabunPSK"/>
                <w:b/>
                <w:sz w:val="32"/>
                <w:szCs w:val="32"/>
              </w:rPr>
              <w:t>ใช่</w:t>
            </w:r>
            <w:proofErr w:type="spellEnd"/>
          </w:p>
        </w:tc>
        <w:tc>
          <w:tcPr>
            <w:tcW w:w="810" w:type="dxa"/>
            <w:shd w:val="clear" w:color="auto" w:fill="E6E6E6"/>
          </w:tcPr>
          <w:p w14:paraId="0B836007" w14:textId="77777777" w:rsidR="009456CF" w:rsidRPr="004A072C" w:rsidRDefault="009456CF" w:rsidP="009456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4A072C">
              <w:rPr>
                <w:rFonts w:ascii="TH SarabunPSK" w:hAnsi="TH SarabunPSK" w:cs="TH SarabunPSK"/>
                <w:b/>
                <w:sz w:val="32"/>
                <w:szCs w:val="32"/>
              </w:rPr>
              <w:t>ไม่ใช่</w:t>
            </w:r>
            <w:proofErr w:type="spellEnd"/>
          </w:p>
        </w:tc>
      </w:tr>
      <w:tr w:rsidR="009456CF" w:rsidRPr="004A072C" w14:paraId="65886B6F" w14:textId="77777777" w:rsidTr="00496500">
        <w:trPr>
          <w:trHeight w:val="393"/>
        </w:trPr>
        <w:tc>
          <w:tcPr>
            <w:tcW w:w="8010" w:type="dxa"/>
          </w:tcPr>
          <w:p w14:paraId="210B9792" w14:textId="77777777" w:rsidR="009456CF" w:rsidRPr="004A072C" w:rsidRDefault="009456CF" w:rsidP="009456C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A072C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proofErr w:type="spellStart"/>
            <w:r w:rsidRPr="004A072C">
              <w:rPr>
                <w:rFonts w:ascii="TH SarabunPSK" w:hAnsi="TH SarabunPSK" w:cs="TH SarabunPSK"/>
                <w:sz w:val="32"/>
                <w:szCs w:val="32"/>
              </w:rPr>
              <w:t>มีสัญชาติไทย</w:t>
            </w:r>
            <w:proofErr w:type="spellEnd"/>
          </w:p>
        </w:tc>
        <w:tc>
          <w:tcPr>
            <w:tcW w:w="900" w:type="dxa"/>
          </w:tcPr>
          <w:p w14:paraId="54C270F0" w14:textId="77777777" w:rsidR="009456CF" w:rsidRPr="004A072C" w:rsidRDefault="009456CF" w:rsidP="009456C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42738A2B" w14:textId="77777777" w:rsidR="009456CF" w:rsidRPr="004A072C" w:rsidRDefault="009456CF" w:rsidP="009456C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456CF" w:rsidRPr="004A072C" w14:paraId="2F896F12" w14:textId="77777777" w:rsidTr="00496500">
        <w:trPr>
          <w:trHeight w:val="402"/>
        </w:trPr>
        <w:tc>
          <w:tcPr>
            <w:tcW w:w="8010" w:type="dxa"/>
          </w:tcPr>
          <w:p w14:paraId="3D8E7D08" w14:textId="77777777" w:rsidR="009456CF" w:rsidRPr="004A072C" w:rsidRDefault="009456CF" w:rsidP="009456C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A072C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proofErr w:type="spellStart"/>
            <w:r w:rsidRPr="004A072C">
              <w:rPr>
                <w:rFonts w:ascii="TH SarabunPSK" w:hAnsi="TH SarabunPSK" w:cs="TH SarabunPSK"/>
                <w:sz w:val="32"/>
                <w:szCs w:val="32"/>
              </w:rPr>
              <w:t>มีอายุไม่เกินหกสิบห้าปีบริบูรณ์</w:t>
            </w:r>
            <w:proofErr w:type="spellEnd"/>
          </w:p>
        </w:tc>
        <w:tc>
          <w:tcPr>
            <w:tcW w:w="900" w:type="dxa"/>
          </w:tcPr>
          <w:p w14:paraId="1E5F717A" w14:textId="77777777" w:rsidR="009456CF" w:rsidRPr="004A072C" w:rsidRDefault="009456CF" w:rsidP="009456C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4E91196E" w14:textId="77777777" w:rsidR="009456CF" w:rsidRPr="004A072C" w:rsidRDefault="009456CF" w:rsidP="009456C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456CF" w:rsidRPr="004A072C" w14:paraId="2B6CEF18" w14:textId="77777777" w:rsidTr="0037480D">
        <w:trPr>
          <w:trHeight w:val="872"/>
        </w:trPr>
        <w:tc>
          <w:tcPr>
            <w:tcW w:w="8010" w:type="dxa"/>
          </w:tcPr>
          <w:p w14:paraId="4676E4C6" w14:textId="28510484" w:rsidR="009456CF" w:rsidRPr="004A072C" w:rsidRDefault="009456CF" w:rsidP="0037480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A072C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="0037480D" w:rsidRPr="0037480D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ไม่เป็นบุคคลล้มละลายหรือไม่เคยเป็นบุคคลล้มละลายทุจริต</w:t>
            </w:r>
            <w:r w:rsidR="0037480D" w:rsidRPr="0037480D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</w:t>
            </w:r>
            <w:r w:rsidR="0037480D" w:rsidRPr="0037480D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คนไร้ความสามารถ</w:t>
            </w:r>
            <w:r w:rsidR="0037480D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</w:t>
            </w:r>
            <w:r w:rsidR="0037480D" w:rsidRPr="0037480D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หรือคนเสมือนไ</w:t>
            </w:r>
            <w:r w:rsidR="0037480D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ร้</w:t>
            </w:r>
            <w:r w:rsidR="0037480D" w:rsidRPr="0037480D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ความสามารถ</w:t>
            </w:r>
          </w:p>
        </w:tc>
        <w:tc>
          <w:tcPr>
            <w:tcW w:w="900" w:type="dxa"/>
          </w:tcPr>
          <w:p w14:paraId="5A335499" w14:textId="77777777" w:rsidR="009456CF" w:rsidRPr="004A072C" w:rsidRDefault="009456CF" w:rsidP="009456C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7E415529" w14:textId="77777777" w:rsidR="009456CF" w:rsidRPr="004A072C" w:rsidRDefault="009456CF" w:rsidP="009456C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456CF" w:rsidRPr="004A072C" w14:paraId="268811D4" w14:textId="77777777" w:rsidTr="007C38DA">
        <w:trPr>
          <w:trHeight w:val="800"/>
        </w:trPr>
        <w:tc>
          <w:tcPr>
            <w:tcW w:w="8010" w:type="dxa"/>
          </w:tcPr>
          <w:p w14:paraId="0D1D4676" w14:textId="23620A60" w:rsidR="009456CF" w:rsidRPr="007C38DA" w:rsidRDefault="007C38DA" w:rsidP="009456CF">
            <w:pPr>
              <w:pStyle w:val="ListParagraph"/>
              <w:numPr>
                <w:ilvl w:val="0"/>
                <w:numId w:val="11"/>
              </w:numPr>
              <w:tabs>
                <w:tab w:val="left" w:pos="990"/>
              </w:tabs>
              <w:autoSpaceDE w:val="0"/>
              <w:autoSpaceDN w:val="0"/>
              <w:adjustRightInd w:val="0"/>
              <w:ind w:left="250" w:hanging="270"/>
              <w:rPr>
                <w:rFonts w:ascii="TH SarabunIT๙" w:eastAsia="Aptos" w:hAnsi="TH SarabunIT๙" w:cs="TH SarabunIT๙"/>
                <w:color w:val="000000"/>
                <w:sz w:val="32"/>
                <w:szCs w:val="32"/>
                <w:lang w:bidi="th-TH"/>
                <w14:ligatures w14:val="standardContextual"/>
              </w:rPr>
            </w:pPr>
            <w:r w:rsidRPr="007C38DA">
              <w:rPr>
                <w:rFonts w:ascii="TH SarabunIT๙" w:eastAsia="Aptos" w:hAnsi="TH SarabunIT๙" w:cs="TH SarabunIT๙"/>
                <w:color w:val="000000"/>
                <w:sz w:val="32"/>
                <w:szCs w:val="32"/>
                <w:cs/>
                <w:lang w:bidi="th-TH"/>
                <w14:ligatures w14:val="standardContextual"/>
              </w:rPr>
              <w:t>ไม่เคยได้รับโทษจำคุกโดยคำพิพากษาถึงที่สุดให้จำคุก เว้นแต่เป็นโทษสำหรับความผิดที่ได้กระทำโดยประมาทหรือความผิดลหุโทษ</w:t>
            </w:r>
          </w:p>
        </w:tc>
        <w:tc>
          <w:tcPr>
            <w:tcW w:w="900" w:type="dxa"/>
          </w:tcPr>
          <w:p w14:paraId="3724CF12" w14:textId="77777777" w:rsidR="009456CF" w:rsidRPr="004A072C" w:rsidRDefault="009456CF" w:rsidP="009456C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1A28B3D7" w14:textId="77777777" w:rsidR="009456CF" w:rsidRPr="004A072C" w:rsidRDefault="009456CF" w:rsidP="009456C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456CF" w:rsidRPr="004A072C" w14:paraId="290A1E4A" w14:textId="77777777" w:rsidTr="00496500">
        <w:trPr>
          <w:trHeight w:val="787"/>
        </w:trPr>
        <w:tc>
          <w:tcPr>
            <w:tcW w:w="8010" w:type="dxa"/>
          </w:tcPr>
          <w:p w14:paraId="4D20B9DF" w14:textId="64D81BFC" w:rsidR="009456CF" w:rsidRPr="004A072C" w:rsidRDefault="009456CF" w:rsidP="007C38D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A072C">
              <w:rPr>
                <w:rFonts w:ascii="TH SarabunPSK" w:hAnsi="TH SarabunPSK" w:cs="TH SarabunPSK"/>
                <w:sz w:val="32"/>
                <w:szCs w:val="32"/>
              </w:rPr>
              <w:t xml:space="preserve">5. </w:t>
            </w:r>
            <w:r w:rsidR="007C38DA" w:rsidRPr="007C38DA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ไม่เป็นผู้ดำรงตำแหน่งทางการเมือง</w:t>
            </w:r>
            <w:r w:rsidR="007C38DA" w:rsidRPr="007C38D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</w:t>
            </w:r>
            <w:r w:rsidR="007C38DA" w:rsidRPr="007C38DA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สมาชิกสภาท้องถิ่นหรือผู้บริหารท้องถิ่น</w:t>
            </w:r>
            <w:r w:rsidR="007C38DA" w:rsidRPr="007C38D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</w:t>
            </w:r>
            <w:r w:rsidR="007C38DA" w:rsidRPr="007C38DA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กรรมการหรือผู้ดำรงตำแหน่งซึ่งรับผิดชอบการบริหารพรรคการเมือง</w:t>
            </w:r>
            <w:r w:rsidR="007C38DA" w:rsidRPr="007C38D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</w:t>
            </w:r>
            <w:r w:rsidR="007C38DA" w:rsidRPr="007C38DA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ที่ปรึกษาพรรคการเมือง</w:t>
            </w:r>
            <w:r w:rsidR="007C38DA" w:rsidRPr="007C38D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</w:t>
            </w:r>
            <w:r w:rsidR="007C38DA" w:rsidRPr="007C38DA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หรือเจ้าหน้าที่พรรคการเมือง</w:t>
            </w:r>
          </w:p>
        </w:tc>
        <w:tc>
          <w:tcPr>
            <w:tcW w:w="900" w:type="dxa"/>
          </w:tcPr>
          <w:p w14:paraId="7B878144" w14:textId="77777777" w:rsidR="009456CF" w:rsidRPr="004A072C" w:rsidRDefault="009456CF" w:rsidP="009456C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18770511" w14:textId="77777777" w:rsidR="009456CF" w:rsidRPr="004A072C" w:rsidRDefault="009456CF" w:rsidP="009456C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C38DA" w:rsidRPr="004A072C" w14:paraId="27E0669F" w14:textId="77777777" w:rsidTr="00496500">
        <w:trPr>
          <w:trHeight w:val="787"/>
        </w:trPr>
        <w:tc>
          <w:tcPr>
            <w:tcW w:w="8010" w:type="dxa"/>
          </w:tcPr>
          <w:p w14:paraId="0D608431" w14:textId="1FC6350B" w:rsidR="007C38DA" w:rsidRPr="004A072C" w:rsidRDefault="007C38DA" w:rsidP="007C38D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6. </w:t>
            </w:r>
            <w:r w:rsidRPr="007C38DA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ไม่เคยถูกไล่ออก</w:t>
            </w:r>
            <w:r w:rsidRPr="007C38D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</w:t>
            </w:r>
            <w:r w:rsidRPr="007C38DA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ปลดออก</w:t>
            </w:r>
            <w:r w:rsidRPr="007C38D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</w:t>
            </w:r>
            <w:r w:rsidRPr="007C38DA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หรือให้ออกจากราชการ</w:t>
            </w:r>
            <w:r w:rsidRPr="007C38D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</w:t>
            </w:r>
            <w:r w:rsidRPr="007C38DA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หน่วยงานของรัฐ</w:t>
            </w:r>
            <w:r w:rsidRPr="007C38D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</w:t>
            </w:r>
            <w:r w:rsidRPr="007C38DA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หรือรัฐวิสาหกิจเพราะทุจริตต่อหน้าที่</w:t>
            </w:r>
            <w:r w:rsidRPr="007C38D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</w:t>
            </w:r>
            <w:r w:rsidRPr="007C38DA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หรือถือว่ากระทำการทุจริตและประพฤติมิชอบในวงราชการ</w:t>
            </w:r>
          </w:p>
        </w:tc>
        <w:tc>
          <w:tcPr>
            <w:tcW w:w="900" w:type="dxa"/>
          </w:tcPr>
          <w:p w14:paraId="4ABBFF47" w14:textId="77777777" w:rsidR="007C38DA" w:rsidRPr="004A072C" w:rsidRDefault="007C38DA" w:rsidP="009456C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293D1877" w14:textId="77777777" w:rsidR="007C38DA" w:rsidRPr="004A072C" w:rsidRDefault="007C38DA" w:rsidP="009456C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C38DA" w:rsidRPr="004A072C" w14:paraId="0E67827F" w14:textId="77777777" w:rsidTr="007C38DA">
        <w:trPr>
          <w:trHeight w:val="440"/>
        </w:trPr>
        <w:tc>
          <w:tcPr>
            <w:tcW w:w="8010" w:type="dxa"/>
          </w:tcPr>
          <w:p w14:paraId="6B7BA654" w14:textId="08C09DF3" w:rsidR="007C38DA" w:rsidRPr="004A072C" w:rsidRDefault="007C38DA" w:rsidP="009456C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7. </w:t>
            </w:r>
            <w:r w:rsidRPr="007C38D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ไม่เป็นผู้บริหารของรัฐวิสาหกิจ หน่วยงานของรัฐ หรืองค์การมหาชนอื่น</w:t>
            </w:r>
          </w:p>
        </w:tc>
        <w:tc>
          <w:tcPr>
            <w:tcW w:w="900" w:type="dxa"/>
          </w:tcPr>
          <w:p w14:paraId="01A8C6FA" w14:textId="77777777" w:rsidR="007C38DA" w:rsidRPr="004A072C" w:rsidRDefault="007C38DA" w:rsidP="009456C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42E60C02" w14:textId="77777777" w:rsidR="007C38DA" w:rsidRPr="004A072C" w:rsidRDefault="007C38DA" w:rsidP="009456C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C38DA" w:rsidRPr="004A072C" w14:paraId="3F8FCD16" w14:textId="77777777" w:rsidTr="00496500">
        <w:trPr>
          <w:trHeight w:val="787"/>
        </w:trPr>
        <w:tc>
          <w:tcPr>
            <w:tcW w:w="8010" w:type="dxa"/>
          </w:tcPr>
          <w:p w14:paraId="2CF955BC" w14:textId="2A68FF67" w:rsidR="007C38DA" w:rsidRPr="004A072C" w:rsidRDefault="007C38DA" w:rsidP="007C38D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8. </w:t>
            </w:r>
            <w:r w:rsidRPr="007C38DA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ไม่เป็นข้าราชการซึ่งมีตำแหน่งหรือเงินเดือนประจำ</w:t>
            </w:r>
            <w:r w:rsidRPr="007C38D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</w:t>
            </w:r>
            <w:r w:rsidRPr="007C38DA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พนักงานหรือลูกจ้างของส่วนราชการ</w:t>
            </w:r>
            <w:r w:rsidRPr="007C38D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</w:t>
            </w:r>
            <w:r w:rsidRPr="007C38DA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รัฐวิสาหกิจ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</w:t>
            </w:r>
            <w:r w:rsidRPr="007C38DA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องค์กรปกครองส่วนท้องถิ่น</w:t>
            </w:r>
            <w:r w:rsidRPr="007C38D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</w:t>
            </w:r>
            <w:r w:rsidRPr="007C38DA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หรือหน่วยงานของรัฐ</w:t>
            </w:r>
            <w:r w:rsidRPr="007C38D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</w:t>
            </w:r>
            <w:r w:rsidRPr="007C38DA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หรือผู้ปฏิบัติงานขององค์การมหาชนอื่น</w:t>
            </w:r>
          </w:p>
        </w:tc>
        <w:tc>
          <w:tcPr>
            <w:tcW w:w="900" w:type="dxa"/>
          </w:tcPr>
          <w:p w14:paraId="745AC5CA" w14:textId="77777777" w:rsidR="007C38DA" w:rsidRPr="004A072C" w:rsidRDefault="007C38DA" w:rsidP="009456C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5962D4EF" w14:textId="77777777" w:rsidR="007C38DA" w:rsidRPr="004A072C" w:rsidRDefault="007C38DA" w:rsidP="009456C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C38DA" w:rsidRPr="004A072C" w14:paraId="34F5FC93" w14:textId="77777777" w:rsidTr="00496500">
        <w:trPr>
          <w:trHeight w:val="787"/>
        </w:trPr>
        <w:tc>
          <w:tcPr>
            <w:tcW w:w="8010" w:type="dxa"/>
          </w:tcPr>
          <w:p w14:paraId="1CEBE440" w14:textId="2FBD8B05" w:rsidR="007C38DA" w:rsidRPr="004A072C" w:rsidRDefault="007C38DA" w:rsidP="007C38DA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9. </w:t>
            </w:r>
            <w:r w:rsidRPr="007C38DA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ไม่เป็นผู้มีส่วนได้เสียในกิจการที่กระทำกับสำนักงาน</w:t>
            </w:r>
            <w:r w:rsidRPr="007C38D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</w:t>
            </w:r>
            <w:r w:rsidRPr="007C38DA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หรือในกิจการที่เป็นการแข่งขันกับกิจการของสำนักงาน</w:t>
            </w:r>
            <w:r w:rsidRPr="007C38D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 </w:t>
            </w:r>
            <w:r w:rsidRPr="007C38DA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ไม่ว่าโดยทางตรงหรือทางอ้อม</w:t>
            </w:r>
          </w:p>
        </w:tc>
        <w:tc>
          <w:tcPr>
            <w:tcW w:w="900" w:type="dxa"/>
          </w:tcPr>
          <w:p w14:paraId="20A02313" w14:textId="77777777" w:rsidR="007C38DA" w:rsidRPr="004A072C" w:rsidRDefault="007C38DA" w:rsidP="009456C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3A6E4FBE" w14:textId="77777777" w:rsidR="007C38DA" w:rsidRPr="004A072C" w:rsidRDefault="007C38DA" w:rsidP="009456C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C38DA" w:rsidRPr="004A072C" w14:paraId="2208CE4D" w14:textId="77777777" w:rsidTr="007C38DA">
        <w:trPr>
          <w:trHeight w:val="440"/>
        </w:trPr>
        <w:tc>
          <w:tcPr>
            <w:tcW w:w="8010" w:type="dxa"/>
          </w:tcPr>
          <w:p w14:paraId="049B612D" w14:textId="1718A57E" w:rsidR="007C38DA" w:rsidRDefault="007C38DA" w:rsidP="00DA338F">
            <w:pPr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10. </w:t>
            </w:r>
            <w:r w:rsidRPr="007C38D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เป็นผู้ซึ่งมี</w:t>
            </w:r>
            <w:r w:rsidR="00DA338F" w:rsidRPr="00DA338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คุณสมบัติพึงประสงค์</w:t>
            </w:r>
            <w:r w:rsidR="00DA338F"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 </w:t>
            </w:r>
            <w:r w:rsidR="00DA338F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และ</w:t>
            </w:r>
            <w:r w:rsidR="00DA338F" w:rsidRPr="00DA338F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คุณสมบัติเฉพาะ</w:t>
            </w:r>
            <w:r w:rsidR="00DA338F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รวมถึงมี</w:t>
            </w:r>
            <w:r w:rsidRPr="007C38DA"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ความรู้ ความสามารถ และประสบการณ์เหมาะสม ตามที่กำหนดไว้ในสรรหาผู้อำนวยการสำนักงานเทคโนโลยีและนวัตกรรมด้านชีววิทยาศาสตร์ (องค์การมหาชน)</w:t>
            </w: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 .</w:t>
            </w:r>
          </w:p>
        </w:tc>
        <w:tc>
          <w:tcPr>
            <w:tcW w:w="900" w:type="dxa"/>
          </w:tcPr>
          <w:p w14:paraId="57EB9B1E" w14:textId="77777777" w:rsidR="007C38DA" w:rsidRPr="004A072C" w:rsidRDefault="007C38DA" w:rsidP="009456C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04AAA857" w14:textId="77777777" w:rsidR="007C38DA" w:rsidRPr="004A072C" w:rsidRDefault="007C38DA" w:rsidP="009456C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55D72" w:rsidRPr="004A072C" w14:paraId="4108D64C" w14:textId="77777777" w:rsidTr="007C38DA">
        <w:trPr>
          <w:trHeight w:val="440"/>
        </w:trPr>
        <w:tc>
          <w:tcPr>
            <w:tcW w:w="8010" w:type="dxa"/>
          </w:tcPr>
          <w:p w14:paraId="2EDB5C8E" w14:textId="6278B10C" w:rsidR="00755D72" w:rsidRDefault="00755D72" w:rsidP="00DA338F">
            <w:pP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bidi="th-TH"/>
              </w:rPr>
              <w:t xml:space="preserve">11. </w:t>
            </w:r>
            <w:r w:rsidR="0028248A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เป็นผู้สามารถปฏิบัติงานให้ สทนว.ได้เต็มเวลา</w:t>
            </w:r>
          </w:p>
        </w:tc>
        <w:tc>
          <w:tcPr>
            <w:tcW w:w="900" w:type="dxa"/>
          </w:tcPr>
          <w:p w14:paraId="307A86AF" w14:textId="77777777" w:rsidR="00755D72" w:rsidRPr="004A072C" w:rsidRDefault="00755D72" w:rsidP="009456C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678DABE8" w14:textId="77777777" w:rsidR="00755D72" w:rsidRPr="004A072C" w:rsidRDefault="00755D72" w:rsidP="009456C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FA04164" w14:textId="77777777" w:rsidR="00DA338F" w:rsidRPr="00DA338F" w:rsidRDefault="00DA338F" w:rsidP="00DA338F">
      <w:pPr>
        <w:spacing w:after="0"/>
        <w:rPr>
          <w:rFonts w:ascii="TH SarabunPSK" w:hAnsi="TH SarabunPSK" w:cs="TH SarabunPSK"/>
          <w:b/>
          <w:sz w:val="16"/>
          <w:szCs w:val="16"/>
          <w:lang w:bidi="th-TH"/>
        </w:rPr>
      </w:pPr>
    </w:p>
    <w:p w14:paraId="5256BDA4" w14:textId="3E196764" w:rsidR="009456CF" w:rsidRPr="004A072C" w:rsidRDefault="009456CF" w:rsidP="009456CF">
      <w:pPr>
        <w:spacing w:after="120"/>
        <w:rPr>
          <w:rFonts w:ascii="TH SarabunPSK" w:hAnsi="TH SarabunPSK" w:cs="TH SarabunPSK"/>
          <w:sz w:val="32"/>
          <w:szCs w:val="32"/>
        </w:rPr>
      </w:pPr>
      <w:r w:rsidRPr="004A072C">
        <w:rPr>
          <w:rFonts w:ascii="TH SarabunPSK" w:hAnsi="TH SarabunPSK" w:cs="TH SarabunPSK"/>
          <w:b/>
          <w:sz w:val="32"/>
          <w:szCs w:val="32"/>
        </w:rPr>
        <w:t xml:space="preserve">19. </w:t>
      </w:r>
      <w:proofErr w:type="spellStart"/>
      <w:r w:rsidRPr="004A072C">
        <w:rPr>
          <w:rFonts w:ascii="TH SarabunPSK" w:hAnsi="TH SarabunPSK" w:cs="TH SarabunPSK"/>
          <w:b/>
          <w:sz w:val="32"/>
          <w:szCs w:val="32"/>
        </w:rPr>
        <w:t>ข้าพเจ้าได้แนบเอกสารและหลักฐานที่เกี่ยวข้องมาพร้อมใบสมัคร</w:t>
      </w:r>
      <w:proofErr w:type="spellEnd"/>
      <w:r w:rsidRPr="004A072C">
        <w:rPr>
          <w:rFonts w:ascii="TH SarabunPSK" w:hAnsi="TH SarabunPSK" w:cs="TH SarabunPSK"/>
          <w:b/>
          <w:sz w:val="32"/>
          <w:szCs w:val="32"/>
        </w:rPr>
        <w:t xml:space="preserve"> </w:t>
      </w:r>
      <w:proofErr w:type="spellStart"/>
      <w:r w:rsidRPr="004A072C">
        <w:rPr>
          <w:rFonts w:ascii="TH SarabunPSK" w:hAnsi="TH SarabunPSK" w:cs="TH SarabunPSK"/>
          <w:b/>
          <w:sz w:val="32"/>
          <w:szCs w:val="32"/>
        </w:rPr>
        <w:t>ดังต่อไปนี้</w:t>
      </w:r>
      <w:proofErr w:type="spellEnd"/>
    </w:p>
    <w:p w14:paraId="3BA8D476" w14:textId="6F11E8F5" w:rsidR="009456CF" w:rsidRPr="004A072C" w:rsidRDefault="009456CF" w:rsidP="009456CF">
      <w:pPr>
        <w:spacing w:after="120"/>
        <w:rPr>
          <w:rFonts w:ascii="TH SarabunPSK" w:hAnsi="TH SarabunPSK" w:cs="TH SarabunPSK"/>
          <w:sz w:val="32"/>
          <w:szCs w:val="32"/>
        </w:rPr>
      </w:pPr>
      <w:r w:rsidRPr="004A072C">
        <w:rPr>
          <w:rFonts w:ascii="TH SarabunPSK" w:hAnsi="TH SarabunPSK" w:cs="TH SarabunPSK"/>
          <w:sz w:val="32"/>
          <w:szCs w:val="32"/>
        </w:rPr>
        <w:t xml:space="preserve">   </w:t>
      </w:r>
      <w:r w:rsidR="00DA338F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="00AA3BEC" w:rsidRPr="006032AF">
        <w:rPr>
          <w:rFonts w:ascii="TH SarabunPSK" w:hAnsi="TH SarabunPSK" w:cs="TH SarabunPSK"/>
          <w:sz w:val="32"/>
          <w:szCs w:val="32"/>
        </w:rPr>
        <w:t xml:space="preserve">[  ] </w:t>
      </w:r>
      <w:r w:rsidRPr="004A072C">
        <w:rPr>
          <w:rFonts w:ascii="TH SarabunPSK" w:hAnsi="TH SarabunPSK" w:cs="TH SarabunPSK"/>
          <w:sz w:val="32"/>
          <w:szCs w:val="32"/>
        </w:rPr>
        <w:t xml:space="preserve">1. </w:t>
      </w:r>
      <w:proofErr w:type="spellStart"/>
      <w:r w:rsidRPr="004A072C">
        <w:rPr>
          <w:rFonts w:ascii="TH SarabunPSK" w:hAnsi="TH SarabunPSK" w:cs="TH SarabunPSK"/>
          <w:sz w:val="32"/>
          <w:szCs w:val="32"/>
        </w:rPr>
        <w:t>ใบสมัครที่ผู้สมัครกรอกข้อมูลครบถ้วน</w:t>
      </w:r>
      <w:proofErr w:type="spellEnd"/>
      <w:r w:rsidRPr="004A072C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4A072C">
        <w:rPr>
          <w:rFonts w:ascii="TH SarabunPSK" w:hAnsi="TH SarabunPSK" w:cs="TH SarabunPSK"/>
          <w:sz w:val="32"/>
          <w:szCs w:val="32"/>
        </w:rPr>
        <w:t>พร้อมติดรูปถ่ายสี</w:t>
      </w:r>
      <w:proofErr w:type="spellEnd"/>
      <w:r w:rsidRPr="004A072C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4A072C">
        <w:rPr>
          <w:rFonts w:ascii="TH SarabunPSK" w:hAnsi="TH SarabunPSK" w:cs="TH SarabunPSK"/>
          <w:sz w:val="32"/>
          <w:szCs w:val="32"/>
        </w:rPr>
        <w:t>ขนาด</w:t>
      </w:r>
      <w:proofErr w:type="spellEnd"/>
      <w:r w:rsidRPr="004A072C">
        <w:rPr>
          <w:rFonts w:ascii="TH SarabunPSK" w:hAnsi="TH SarabunPSK" w:cs="TH SarabunPSK"/>
          <w:sz w:val="32"/>
          <w:szCs w:val="32"/>
        </w:rPr>
        <w:t xml:space="preserve"> </w:t>
      </w:r>
      <w:r w:rsidR="008D0F9E">
        <w:rPr>
          <w:rFonts w:ascii="TH SarabunPSK" w:hAnsi="TH SarabunPSK" w:cs="TH SarabunPSK"/>
          <w:sz w:val="32"/>
          <w:szCs w:val="32"/>
          <w:lang w:bidi="th-TH"/>
        </w:rPr>
        <w:t>1</w:t>
      </w:r>
      <w:r w:rsidRPr="004A072C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4A072C">
        <w:rPr>
          <w:rFonts w:ascii="TH SarabunPSK" w:hAnsi="TH SarabunPSK" w:cs="TH SarabunPSK"/>
          <w:sz w:val="32"/>
          <w:szCs w:val="32"/>
        </w:rPr>
        <w:t>นิ้ว</w:t>
      </w:r>
      <w:proofErr w:type="spellEnd"/>
      <w:r w:rsidRPr="004A072C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4A072C">
        <w:rPr>
          <w:rFonts w:ascii="TH SarabunPSK" w:hAnsi="TH SarabunPSK" w:cs="TH SarabunPSK"/>
          <w:sz w:val="32"/>
          <w:szCs w:val="32"/>
        </w:rPr>
        <w:t>หน้าตรง</w:t>
      </w:r>
      <w:proofErr w:type="spellEnd"/>
      <w:r w:rsidRPr="004A072C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4A072C">
        <w:rPr>
          <w:rFonts w:ascii="TH SarabunPSK" w:hAnsi="TH SarabunPSK" w:cs="TH SarabunPSK"/>
          <w:sz w:val="32"/>
          <w:szCs w:val="32"/>
        </w:rPr>
        <w:t>ไม่สวมหมวก</w:t>
      </w:r>
      <w:proofErr w:type="spellEnd"/>
      <w:r w:rsidRPr="004A072C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4A072C">
        <w:rPr>
          <w:rFonts w:ascii="TH SarabunPSK" w:hAnsi="TH SarabunPSK" w:cs="TH SarabunPSK"/>
          <w:sz w:val="32"/>
          <w:szCs w:val="32"/>
        </w:rPr>
        <w:t>และถ่ายไม่เกินหกเดือนนับถึงวันยื่นใบสมัคร</w:t>
      </w:r>
      <w:proofErr w:type="spellEnd"/>
      <w:r w:rsidR="008D0F9E">
        <w:rPr>
          <w:rFonts w:ascii="TH SarabunPSK" w:hAnsi="TH SarabunPSK" w:cs="TH SarabunPSK"/>
          <w:sz w:val="32"/>
          <w:szCs w:val="32"/>
        </w:rPr>
        <w:t xml:space="preserve"> </w:t>
      </w:r>
    </w:p>
    <w:p w14:paraId="4518FA6A" w14:textId="458DA37C" w:rsidR="008D0F9E" w:rsidRDefault="009456CF" w:rsidP="009456CF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4A072C">
        <w:rPr>
          <w:rFonts w:ascii="TH SarabunPSK" w:hAnsi="TH SarabunPSK" w:cs="TH SarabunPSK"/>
          <w:sz w:val="32"/>
          <w:szCs w:val="32"/>
        </w:rPr>
        <w:t xml:space="preserve">  </w:t>
      </w:r>
      <w:r w:rsidR="00DA338F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</w:t>
      </w:r>
      <w:r w:rsidR="00AA3BEC" w:rsidRPr="006032AF">
        <w:rPr>
          <w:rFonts w:ascii="TH SarabunPSK" w:hAnsi="TH SarabunPSK" w:cs="TH SarabunPSK"/>
          <w:sz w:val="32"/>
          <w:szCs w:val="32"/>
        </w:rPr>
        <w:t>[  ]</w:t>
      </w:r>
      <w:r w:rsidRPr="004A072C">
        <w:rPr>
          <w:rFonts w:ascii="TH SarabunPSK" w:hAnsi="TH SarabunPSK" w:cs="TH SarabunPSK"/>
          <w:sz w:val="32"/>
          <w:szCs w:val="32"/>
        </w:rPr>
        <w:t xml:space="preserve"> </w:t>
      </w:r>
      <w:r w:rsidR="008D0F9E">
        <w:rPr>
          <w:rFonts w:ascii="TH SarabunPSK" w:hAnsi="TH SarabunPSK" w:cs="TH SarabunPSK"/>
          <w:sz w:val="32"/>
          <w:szCs w:val="32"/>
        </w:rPr>
        <w:t>2</w:t>
      </w:r>
      <w:r w:rsidRPr="004A072C">
        <w:rPr>
          <w:rFonts w:ascii="TH SarabunPSK" w:hAnsi="TH SarabunPSK" w:cs="TH SarabunPSK"/>
          <w:sz w:val="32"/>
          <w:szCs w:val="32"/>
        </w:rPr>
        <w:t xml:space="preserve">. </w:t>
      </w:r>
      <w:r w:rsidR="008D0F9E" w:rsidRPr="008D0F9E">
        <w:rPr>
          <w:rFonts w:ascii="TH SarabunPSK" w:hAnsi="TH SarabunPSK" w:cs="TH SarabunPSK"/>
          <w:sz w:val="32"/>
          <w:szCs w:val="32"/>
          <w:cs/>
          <w:lang w:bidi="th-TH"/>
        </w:rPr>
        <w:t>สำเนาบัตรประจำตัวประชาชน</w:t>
      </w:r>
      <w:r w:rsidR="008D0F9E">
        <w:rPr>
          <w:rFonts w:ascii="TH SarabunPSK" w:hAnsi="TH SarabunPSK" w:cs="TH SarabunPSK"/>
          <w:sz w:val="32"/>
          <w:szCs w:val="32"/>
          <w:lang w:bidi="th-TH"/>
        </w:rPr>
        <w:t xml:space="preserve"> </w:t>
      </w:r>
      <w:r w:rsidR="008D0F9E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จำนวน </w:t>
      </w:r>
      <w:r w:rsidR="008D0F9E">
        <w:rPr>
          <w:rFonts w:ascii="TH SarabunPSK" w:hAnsi="TH SarabunPSK" w:cs="TH SarabunPSK"/>
          <w:sz w:val="32"/>
          <w:szCs w:val="32"/>
          <w:lang w:bidi="th-TH"/>
        </w:rPr>
        <w:t xml:space="preserve">2 </w:t>
      </w:r>
      <w:r w:rsidR="008D0F9E">
        <w:rPr>
          <w:rFonts w:ascii="TH SarabunPSK" w:hAnsi="TH SarabunPSK" w:cs="TH SarabunPSK" w:hint="cs"/>
          <w:sz w:val="32"/>
          <w:szCs w:val="32"/>
          <w:cs/>
          <w:lang w:bidi="th-TH"/>
        </w:rPr>
        <w:t>ชุด</w:t>
      </w:r>
    </w:p>
    <w:p w14:paraId="602C6100" w14:textId="56827A39" w:rsidR="009456CF" w:rsidRDefault="009456CF" w:rsidP="009456CF">
      <w:pPr>
        <w:spacing w:after="120"/>
        <w:rPr>
          <w:rFonts w:ascii="TH SarabunPSK" w:hAnsi="TH SarabunPSK" w:cs="TH SarabunPSK"/>
          <w:sz w:val="32"/>
          <w:szCs w:val="32"/>
          <w:cs/>
          <w:lang w:bidi="th-TH"/>
        </w:rPr>
      </w:pPr>
      <w:r w:rsidRPr="004A072C">
        <w:rPr>
          <w:rFonts w:ascii="TH SarabunPSK" w:hAnsi="TH SarabunPSK" w:cs="TH SarabunPSK"/>
          <w:sz w:val="32"/>
          <w:szCs w:val="32"/>
        </w:rPr>
        <w:t xml:space="preserve">   </w:t>
      </w:r>
      <w:r w:rsidR="00AA3BEC">
        <w:rPr>
          <w:rFonts w:ascii="TH SarabunPSK" w:hAnsi="TH SarabunPSK" w:cs="TH SarabunPSK"/>
          <w:sz w:val="32"/>
          <w:szCs w:val="32"/>
        </w:rPr>
        <w:t xml:space="preserve"> </w:t>
      </w:r>
      <w:r w:rsidR="00AA3BEC" w:rsidRPr="006032AF">
        <w:rPr>
          <w:rFonts w:ascii="TH SarabunPSK" w:hAnsi="TH SarabunPSK" w:cs="TH SarabunPSK"/>
          <w:sz w:val="32"/>
          <w:szCs w:val="32"/>
        </w:rPr>
        <w:t>[  ]</w:t>
      </w:r>
      <w:r w:rsidRPr="004A072C">
        <w:rPr>
          <w:rFonts w:ascii="TH SarabunPSK" w:hAnsi="TH SarabunPSK" w:cs="TH SarabunPSK"/>
          <w:sz w:val="32"/>
          <w:szCs w:val="32"/>
        </w:rPr>
        <w:t xml:space="preserve"> </w:t>
      </w:r>
      <w:r w:rsidR="008D0F9E">
        <w:rPr>
          <w:rFonts w:ascii="TH SarabunPSK" w:hAnsi="TH SarabunPSK" w:cs="TH SarabunPSK"/>
          <w:sz w:val="32"/>
          <w:szCs w:val="32"/>
        </w:rPr>
        <w:t>3</w:t>
      </w:r>
      <w:r w:rsidRPr="004A072C">
        <w:rPr>
          <w:rFonts w:ascii="TH SarabunPSK" w:hAnsi="TH SarabunPSK" w:cs="TH SarabunPSK"/>
          <w:sz w:val="32"/>
          <w:szCs w:val="32"/>
        </w:rPr>
        <w:t xml:space="preserve">. </w:t>
      </w:r>
      <w:r w:rsidR="008D0F9E" w:rsidRPr="008D0F9E">
        <w:rPr>
          <w:rFonts w:ascii="TH SarabunPSK" w:hAnsi="TH SarabunPSK" w:cs="TH SarabunPSK"/>
          <w:sz w:val="32"/>
          <w:szCs w:val="32"/>
          <w:cs/>
          <w:lang w:bidi="th-TH"/>
        </w:rPr>
        <w:t>สำเนาทะเบียนบ้าน</w:t>
      </w:r>
      <w:r w:rsidR="008D0F9E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จำนวน </w:t>
      </w:r>
      <w:r w:rsidR="008D0F9E">
        <w:rPr>
          <w:rFonts w:ascii="TH SarabunPSK" w:hAnsi="TH SarabunPSK" w:cs="TH SarabunPSK"/>
          <w:sz w:val="32"/>
          <w:szCs w:val="32"/>
          <w:lang w:bidi="th-TH"/>
        </w:rPr>
        <w:t xml:space="preserve">1 </w:t>
      </w:r>
      <w:r w:rsidR="008D0F9E">
        <w:rPr>
          <w:rFonts w:ascii="TH SarabunPSK" w:hAnsi="TH SarabunPSK" w:cs="TH SarabunPSK" w:hint="cs"/>
          <w:sz w:val="32"/>
          <w:szCs w:val="32"/>
          <w:cs/>
          <w:lang w:bidi="th-TH"/>
        </w:rPr>
        <w:t>ชุด</w:t>
      </w:r>
    </w:p>
    <w:p w14:paraId="73ABC00A" w14:textId="2E48CC12" w:rsidR="008D0F9E" w:rsidRPr="004A072C" w:rsidRDefault="008D0F9E" w:rsidP="008D0F9E">
      <w:pPr>
        <w:spacing w:after="120"/>
        <w:rPr>
          <w:rFonts w:ascii="TH SarabunPSK" w:hAnsi="TH SarabunPSK" w:cs="TH SarabunPSK"/>
          <w:sz w:val="32"/>
          <w:szCs w:val="32"/>
          <w:cs/>
          <w:lang w:bidi="th-TH"/>
        </w:rPr>
      </w:pPr>
      <w:r w:rsidRPr="004A072C">
        <w:rPr>
          <w:rFonts w:ascii="TH SarabunPSK" w:hAnsi="TH SarabunPSK" w:cs="TH SarabunPSK"/>
          <w:sz w:val="32"/>
          <w:szCs w:val="32"/>
        </w:rPr>
        <w:lastRenderedPageBreak/>
        <w:t xml:space="preserve">    </w:t>
      </w:r>
      <w:r w:rsidRPr="006032AF">
        <w:rPr>
          <w:rFonts w:ascii="TH SarabunPSK" w:hAnsi="TH SarabunPSK" w:cs="TH SarabunPSK"/>
          <w:sz w:val="32"/>
          <w:szCs w:val="32"/>
        </w:rPr>
        <w:t>[  ]</w:t>
      </w:r>
      <w:r w:rsidRPr="004A072C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4</w:t>
      </w:r>
      <w:r w:rsidRPr="004A072C">
        <w:rPr>
          <w:rFonts w:ascii="TH SarabunPSK" w:hAnsi="TH SarabunPSK" w:cs="TH SarabunPSK"/>
          <w:sz w:val="32"/>
          <w:szCs w:val="32"/>
        </w:rPr>
        <w:t xml:space="preserve">. </w:t>
      </w:r>
      <w:proofErr w:type="spellStart"/>
      <w:r w:rsidRPr="004A072C">
        <w:rPr>
          <w:rFonts w:ascii="TH SarabunPSK" w:hAnsi="TH SarabunPSK" w:cs="TH SarabunPSK"/>
          <w:sz w:val="32"/>
          <w:szCs w:val="32"/>
        </w:rPr>
        <w:t>สำเนาหลักฐานการศึกษา</w:t>
      </w:r>
      <w:proofErr w:type="spellEnd"/>
      <w:r w:rsidRPr="004A072C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4A072C">
        <w:rPr>
          <w:rFonts w:ascii="TH SarabunPSK" w:hAnsi="TH SarabunPSK" w:cs="TH SarabunPSK"/>
          <w:sz w:val="32"/>
          <w:szCs w:val="32"/>
        </w:rPr>
        <w:t>และการฝึกอบรม</w:t>
      </w:r>
      <w:proofErr w:type="spellEnd"/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จำนวน </w:t>
      </w:r>
      <w:r>
        <w:rPr>
          <w:rFonts w:ascii="TH SarabunPSK" w:hAnsi="TH SarabunPSK" w:cs="TH SarabunPSK"/>
          <w:sz w:val="32"/>
          <w:szCs w:val="32"/>
          <w:lang w:bidi="th-TH"/>
        </w:rPr>
        <w:t xml:space="preserve">1 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ชุด</w:t>
      </w:r>
    </w:p>
    <w:p w14:paraId="219234F6" w14:textId="7527A270" w:rsidR="009456CF" w:rsidRPr="004A072C" w:rsidRDefault="009456CF" w:rsidP="009456CF">
      <w:pPr>
        <w:spacing w:after="120"/>
        <w:rPr>
          <w:rFonts w:ascii="TH SarabunPSK" w:hAnsi="TH SarabunPSK" w:cs="TH SarabunPSK"/>
          <w:sz w:val="32"/>
          <w:szCs w:val="32"/>
          <w:cs/>
          <w:lang w:bidi="th-TH"/>
        </w:rPr>
      </w:pPr>
      <w:r w:rsidRPr="004A072C">
        <w:rPr>
          <w:rFonts w:ascii="TH SarabunPSK" w:hAnsi="TH SarabunPSK" w:cs="TH SarabunPSK"/>
          <w:sz w:val="32"/>
          <w:szCs w:val="32"/>
        </w:rPr>
        <w:t xml:space="preserve">  </w:t>
      </w:r>
      <w:r w:rsidR="00DA338F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</w:t>
      </w:r>
      <w:r w:rsidR="00AA3BEC" w:rsidRPr="006032AF">
        <w:rPr>
          <w:rFonts w:ascii="TH SarabunPSK" w:hAnsi="TH SarabunPSK" w:cs="TH SarabunPSK"/>
          <w:sz w:val="32"/>
          <w:szCs w:val="32"/>
        </w:rPr>
        <w:t xml:space="preserve">[  ] </w:t>
      </w:r>
      <w:r w:rsidRPr="004A072C">
        <w:rPr>
          <w:rFonts w:ascii="TH SarabunPSK" w:hAnsi="TH SarabunPSK" w:cs="TH SarabunPSK"/>
          <w:sz w:val="32"/>
          <w:szCs w:val="32"/>
        </w:rPr>
        <w:t xml:space="preserve">5. </w:t>
      </w:r>
      <w:proofErr w:type="spellStart"/>
      <w:r w:rsidRPr="004A072C">
        <w:rPr>
          <w:rFonts w:ascii="TH SarabunPSK" w:hAnsi="TH SarabunPSK" w:cs="TH SarabunPSK"/>
          <w:sz w:val="32"/>
          <w:szCs w:val="32"/>
        </w:rPr>
        <w:t>หลักฐานอื่นๆ</w:t>
      </w:r>
      <w:proofErr w:type="spellEnd"/>
      <w:r w:rsidRPr="004A072C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4A072C">
        <w:rPr>
          <w:rFonts w:ascii="TH SarabunPSK" w:hAnsi="TH SarabunPSK" w:cs="TH SarabunPSK"/>
          <w:sz w:val="32"/>
          <w:szCs w:val="32"/>
        </w:rPr>
        <w:t>เช่น</w:t>
      </w:r>
      <w:proofErr w:type="spellEnd"/>
      <w:r w:rsidRPr="004A072C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4A072C">
        <w:rPr>
          <w:rFonts w:ascii="TH SarabunPSK" w:hAnsi="TH SarabunPSK" w:cs="TH SarabunPSK"/>
          <w:sz w:val="32"/>
          <w:szCs w:val="32"/>
        </w:rPr>
        <w:t>ใบสำคัญการสมรส</w:t>
      </w:r>
      <w:proofErr w:type="spellEnd"/>
      <w:r w:rsidRPr="004A072C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4A072C">
        <w:rPr>
          <w:rFonts w:ascii="TH SarabunPSK" w:hAnsi="TH SarabunPSK" w:cs="TH SarabunPSK"/>
          <w:sz w:val="32"/>
          <w:szCs w:val="32"/>
        </w:rPr>
        <w:t>ใบเปลี่ยนชื่อ</w:t>
      </w:r>
      <w:proofErr w:type="spellEnd"/>
      <w:r w:rsidRPr="004A072C">
        <w:rPr>
          <w:rFonts w:ascii="TH SarabunPSK" w:hAnsi="TH SarabunPSK" w:cs="TH SarabunPSK"/>
          <w:sz w:val="32"/>
          <w:szCs w:val="32"/>
        </w:rPr>
        <w:t xml:space="preserve"> - </w:t>
      </w:r>
      <w:proofErr w:type="spellStart"/>
      <w:r w:rsidRPr="004A072C">
        <w:rPr>
          <w:rFonts w:ascii="TH SarabunPSK" w:hAnsi="TH SarabunPSK" w:cs="TH SarabunPSK"/>
          <w:sz w:val="32"/>
          <w:szCs w:val="32"/>
        </w:rPr>
        <w:t>สกุล</w:t>
      </w:r>
      <w:proofErr w:type="spellEnd"/>
      <w:r w:rsidRPr="004A072C">
        <w:rPr>
          <w:rFonts w:ascii="TH SarabunPSK" w:hAnsi="TH SarabunPSK" w:cs="TH SarabunPSK"/>
          <w:sz w:val="32"/>
          <w:szCs w:val="32"/>
        </w:rPr>
        <w:t xml:space="preserve"> (</w:t>
      </w:r>
      <w:proofErr w:type="spellStart"/>
      <w:r w:rsidRPr="004A072C">
        <w:rPr>
          <w:rFonts w:ascii="TH SarabunPSK" w:hAnsi="TH SarabunPSK" w:cs="TH SarabunPSK"/>
          <w:sz w:val="32"/>
          <w:szCs w:val="32"/>
        </w:rPr>
        <w:t>ถ้ามี</w:t>
      </w:r>
      <w:proofErr w:type="spellEnd"/>
      <w:r w:rsidRPr="004A072C">
        <w:rPr>
          <w:rFonts w:ascii="TH SarabunPSK" w:hAnsi="TH SarabunPSK" w:cs="TH SarabunPSK"/>
          <w:sz w:val="32"/>
          <w:szCs w:val="32"/>
        </w:rPr>
        <w:t>)</w:t>
      </w:r>
      <w:r w:rsidR="008D0F9E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จำนวน </w:t>
      </w:r>
      <w:r w:rsidR="008D0F9E">
        <w:rPr>
          <w:rFonts w:ascii="TH SarabunPSK" w:hAnsi="TH SarabunPSK" w:cs="TH SarabunPSK"/>
          <w:sz w:val="32"/>
          <w:szCs w:val="32"/>
          <w:lang w:bidi="th-TH"/>
        </w:rPr>
        <w:t xml:space="preserve">1 </w:t>
      </w:r>
      <w:r w:rsidR="008D0F9E">
        <w:rPr>
          <w:rFonts w:ascii="TH SarabunPSK" w:hAnsi="TH SarabunPSK" w:cs="TH SarabunPSK" w:hint="cs"/>
          <w:sz w:val="32"/>
          <w:szCs w:val="32"/>
          <w:cs/>
          <w:lang w:bidi="th-TH"/>
        </w:rPr>
        <w:t>ชุด</w:t>
      </w:r>
    </w:p>
    <w:p w14:paraId="010693CB" w14:textId="513D0237" w:rsidR="009456CF" w:rsidRDefault="009456CF" w:rsidP="00DC478F">
      <w:pPr>
        <w:spacing w:after="120"/>
        <w:rPr>
          <w:rFonts w:ascii="TH SarabunPSK" w:hAnsi="TH SarabunPSK" w:cs="TH SarabunPSK"/>
          <w:sz w:val="32"/>
          <w:szCs w:val="32"/>
          <w:cs/>
          <w:lang w:bidi="th-TH"/>
        </w:rPr>
      </w:pPr>
      <w:r w:rsidRPr="004A072C">
        <w:rPr>
          <w:rFonts w:ascii="TH SarabunPSK" w:hAnsi="TH SarabunPSK" w:cs="TH SarabunPSK"/>
          <w:sz w:val="32"/>
          <w:szCs w:val="32"/>
        </w:rPr>
        <w:t xml:space="preserve">     </w:t>
      </w:r>
      <w:r w:rsidR="00AA3BEC" w:rsidRPr="006032AF">
        <w:rPr>
          <w:rFonts w:ascii="TH SarabunPSK" w:hAnsi="TH SarabunPSK" w:cs="TH SarabunPSK"/>
          <w:sz w:val="32"/>
          <w:szCs w:val="32"/>
        </w:rPr>
        <w:t xml:space="preserve">[  ] </w:t>
      </w:r>
      <w:r w:rsidRPr="004A072C">
        <w:rPr>
          <w:rFonts w:ascii="TH SarabunPSK" w:hAnsi="TH SarabunPSK" w:cs="TH SarabunPSK"/>
          <w:sz w:val="32"/>
          <w:szCs w:val="32"/>
        </w:rPr>
        <w:t xml:space="preserve">6. </w:t>
      </w:r>
      <w:proofErr w:type="spellStart"/>
      <w:r w:rsidRPr="004A072C">
        <w:rPr>
          <w:rFonts w:ascii="TH SarabunPSK" w:hAnsi="TH SarabunPSK" w:cs="TH SarabunPSK"/>
          <w:sz w:val="32"/>
          <w:szCs w:val="32"/>
        </w:rPr>
        <w:t>หลักฐาน</w:t>
      </w:r>
      <w:proofErr w:type="spellEnd"/>
      <w:r w:rsidR="00884E7A">
        <w:rPr>
          <w:rFonts w:ascii="TH SarabunPSK" w:hAnsi="TH SarabunPSK" w:cs="TH SarabunPSK" w:hint="cs"/>
          <w:sz w:val="32"/>
          <w:szCs w:val="32"/>
          <w:cs/>
          <w:lang w:bidi="th-TH"/>
        </w:rPr>
        <w:t>การบริหารงบประมาณ</w:t>
      </w:r>
      <w:r w:rsidR="008D0F9E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หรือการบริหารการลงทุนที่ผ่านมา </w:t>
      </w:r>
    </w:p>
    <w:p w14:paraId="58E7FD6D" w14:textId="2C8ACB14" w:rsidR="00884E7A" w:rsidRDefault="00884E7A" w:rsidP="00884E7A">
      <w:pPr>
        <w:spacing w:after="120"/>
        <w:rPr>
          <w:rFonts w:ascii="TH SarabunPSK" w:hAnsi="TH SarabunPSK" w:cs="TH SarabunPSK"/>
          <w:sz w:val="32"/>
          <w:szCs w:val="32"/>
          <w:lang w:bidi="th-TH"/>
        </w:rPr>
      </w:pPr>
      <w:r w:rsidRPr="004A072C">
        <w:rPr>
          <w:rFonts w:ascii="TH SarabunPSK" w:hAnsi="TH SarabunPSK" w:cs="TH SarabunPSK"/>
          <w:sz w:val="32"/>
          <w:szCs w:val="32"/>
        </w:rPr>
        <w:t xml:space="preserve">     </w:t>
      </w:r>
      <w:r w:rsidRPr="006032AF">
        <w:rPr>
          <w:rFonts w:ascii="TH SarabunPSK" w:hAnsi="TH SarabunPSK" w:cs="TH SarabunPSK"/>
          <w:sz w:val="32"/>
          <w:szCs w:val="32"/>
        </w:rPr>
        <w:t xml:space="preserve">[  ] </w:t>
      </w:r>
      <w:r>
        <w:rPr>
          <w:rFonts w:ascii="TH SarabunPSK" w:hAnsi="TH SarabunPSK" w:cs="TH SarabunPSK"/>
          <w:sz w:val="32"/>
          <w:szCs w:val="32"/>
          <w:lang w:bidi="th-TH"/>
        </w:rPr>
        <w:t>7</w:t>
      </w:r>
      <w:r w:rsidRPr="004A072C">
        <w:rPr>
          <w:rFonts w:ascii="TH SarabunPSK" w:hAnsi="TH SarabunPSK" w:cs="TH SarabunPSK"/>
          <w:sz w:val="32"/>
          <w:szCs w:val="32"/>
        </w:rPr>
        <w:t xml:space="preserve">. </w:t>
      </w:r>
      <w:proofErr w:type="spellStart"/>
      <w:r w:rsidRPr="004A072C">
        <w:rPr>
          <w:rFonts w:ascii="TH SarabunPSK" w:hAnsi="TH SarabunPSK" w:cs="TH SarabunPSK"/>
          <w:sz w:val="32"/>
          <w:szCs w:val="32"/>
        </w:rPr>
        <w:t>หลักฐานแสดงถึงความสามารถ</w:t>
      </w:r>
      <w:proofErr w:type="spellEnd"/>
      <w:r w:rsidRPr="004A072C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4A072C">
        <w:rPr>
          <w:rFonts w:ascii="TH SarabunPSK" w:hAnsi="TH SarabunPSK" w:cs="TH SarabunPSK"/>
          <w:sz w:val="32"/>
          <w:szCs w:val="32"/>
        </w:rPr>
        <w:t>ประสบการณ์ในการทำงานและประสบการณ์ในระดับผู้บริหาร</w:t>
      </w:r>
      <w:proofErr w:type="spellEnd"/>
      <w:r w:rsidRPr="004A072C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4A072C">
        <w:rPr>
          <w:rFonts w:ascii="TH SarabunPSK" w:hAnsi="TH SarabunPSK" w:cs="TH SarabunPSK"/>
          <w:sz w:val="32"/>
          <w:szCs w:val="32"/>
        </w:rPr>
        <w:t>ตามที่กำหนดในคุณสมบัติเฉพาะตำแหน่ง</w:t>
      </w:r>
      <w:proofErr w:type="spellEnd"/>
      <w:r w:rsidR="008D0F9E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</w:p>
    <w:p w14:paraId="74607EBA" w14:textId="276E659D" w:rsidR="009456CF" w:rsidRPr="004A072C" w:rsidRDefault="009456CF" w:rsidP="00DC478F">
      <w:pPr>
        <w:spacing w:after="120"/>
        <w:rPr>
          <w:rFonts w:ascii="TH SarabunPSK" w:hAnsi="TH SarabunPSK" w:cs="TH SarabunPSK"/>
          <w:sz w:val="32"/>
          <w:szCs w:val="32"/>
          <w:lang w:bidi="th-TH"/>
        </w:rPr>
      </w:pPr>
      <w:r w:rsidRPr="004A072C">
        <w:rPr>
          <w:rFonts w:ascii="TH SarabunPSK" w:hAnsi="TH SarabunPSK" w:cs="TH SarabunPSK"/>
          <w:sz w:val="32"/>
          <w:szCs w:val="32"/>
        </w:rPr>
        <w:t xml:space="preserve">  </w:t>
      </w:r>
      <w:r w:rsidR="00DA338F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</w:t>
      </w:r>
      <w:r w:rsidR="00AA3BEC" w:rsidRPr="006032AF">
        <w:rPr>
          <w:rFonts w:ascii="TH SarabunPSK" w:hAnsi="TH SarabunPSK" w:cs="TH SarabunPSK"/>
          <w:sz w:val="32"/>
          <w:szCs w:val="32"/>
        </w:rPr>
        <w:t xml:space="preserve">[  ] </w:t>
      </w:r>
      <w:r w:rsidR="00884E7A">
        <w:rPr>
          <w:rFonts w:ascii="TH SarabunPSK" w:hAnsi="TH SarabunPSK" w:cs="TH SarabunPSK"/>
          <w:sz w:val="32"/>
          <w:szCs w:val="32"/>
        </w:rPr>
        <w:t>8</w:t>
      </w:r>
      <w:r w:rsidRPr="004A072C">
        <w:rPr>
          <w:rFonts w:ascii="TH SarabunPSK" w:hAnsi="TH SarabunPSK" w:cs="TH SarabunPSK"/>
          <w:sz w:val="32"/>
          <w:szCs w:val="32"/>
        </w:rPr>
        <w:t xml:space="preserve">. </w:t>
      </w:r>
      <w:proofErr w:type="spellStart"/>
      <w:r w:rsidRPr="004A072C">
        <w:rPr>
          <w:rFonts w:ascii="TH SarabunPSK" w:hAnsi="TH SarabunPSK" w:cs="TH SarabunPSK"/>
          <w:sz w:val="32"/>
          <w:szCs w:val="32"/>
        </w:rPr>
        <w:t>หนังสือยินยอมให้ตรวจสอบประวัติบุคคล</w:t>
      </w:r>
      <w:proofErr w:type="spellEnd"/>
      <w:r w:rsidR="008D0F9E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</w:p>
    <w:p w14:paraId="34EA9750" w14:textId="0BC54253" w:rsidR="009456CF" w:rsidRPr="004A072C" w:rsidRDefault="009456CF" w:rsidP="00DC478F">
      <w:pPr>
        <w:spacing w:after="120"/>
        <w:rPr>
          <w:rFonts w:ascii="TH SarabunPSK" w:hAnsi="TH SarabunPSK" w:cs="TH SarabunPSK"/>
          <w:sz w:val="32"/>
          <w:szCs w:val="32"/>
        </w:rPr>
      </w:pPr>
      <w:r w:rsidRPr="004A072C">
        <w:rPr>
          <w:rFonts w:ascii="TH SarabunPSK" w:hAnsi="TH SarabunPSK" w:cs="TH SarabunPSK"/>
          <w:sz w:val="32"/>
          <w:szCs w:val="32"/>
        </w:rPr>
        <w:t xml:space="preserve">   </w:t>
      </w:r>
      <w:r w:rsidR="00AA3BEC">
        <w:rPr>
          <w:rFonts w:ascii="TH SarabunPSK" w:hAnsi="TH SarabunPSK" w:cs="TH SarabunPSK"/>
          <w:sz w:val="32"/>
          <w:szCs w:val="32"/>
        </w:rPr>
        <w:t xml:space="preserve"> </w:t>
      </w:r>
      <w:r w:rsidRPr="004A072C">
        <w:rPr>
          <w:rFonts w:ascii="TH SarabunPSK" w:hAnsi="TH SarabunPSK" w:cs="TH SarabunPSK"/>
          <w:sz w:val="32"/>
          <w:szCs w:val="32"/>
        </w:rPr>
        <w:t xml:space="preserve"> </w:t>
      </w:r>
      <w:r w:rsidR="00AA3BEC" w:rsidRPr="006032AF">
        <w:rPr>
          <w:rFonts w:ascii="TH SarabunPSK" w:hAnsi="TH SarabunPSK" w:cs="TH SarabunPSK"/>
          <w:sz w:val="32"/>
          <w:szCs w:val="32"/>
        </w:rPr>
        <w:t xml:space="preserve">[  ] </w:t>
      </w:r>
      <w:r w:rsidR="00884E7A">
        <w:rPr>
          <w:rFonts w:ascii="TH SarabunPSK" w:hAnsi="TH SarabunPSK" w:cs="TH SarabunPSK"/>
          <w:sz w:val="32"/>
          <w:szCs w:val="32"/>
        </w:rPr>
        <w:t>9</w:t>
      </w:r>
      <w:r w:rsidRPr="004A072C">
        <w:rPr>
          <w:rFonts w:ascii="TH SarabunPSK" w:hAnsi="TH SarabunPSK" w:cs="TH SarabunPSK"/>
          <w:sz w:val="32"/>
          <w:szCs w:val="32"/>
        </w:rPr>
        <w:t xml:space="preserve">. </w:t>
      </w:r>
      <w:proofErr w:type="spellStart"/>
      <w:r w:rsidRPr="004A072C">
        <w:rPr>
          <w:rFonts w:ascii="TH SarabunPSK" w:hAnsi="TH SarabunPSK" w:cs="TH SarabunPSK"/>
          <w:sz w:val="32"/>
          <w:szCs w:val="32"/>
        </w:rPr>
        <w:t>ผลงาน</w:t>
      </w:r>
      <w:proofErr w:type="spellEnd"/>
      <w:r w:rsidRPr="004A072C">
        <w:rPr>
          <w:rFonts w:ascii="TH SarabunPSK" w:hAnsi="TH SarabunPSK" w:cs="TH SarabunPSK"/>
          <w:sz w:val="32"/>
          <w:szCs w:val="32"/>
        </w:rPr>
        <w:t>/</w:t>
      </w:r>
      <w:proofErr w:type="spellStart"/>
      <w:r w:rsidRPr="004A072C">
        <w:rPr>
          <w:rFonts w:ascii="TH SarabunPSK" w:hAnsi="TH SarabunPSK" w:cs="TH SarabunPSK"/>
          <w:sz w:val="32"/>
          <w:szCs w:val="32"/>
        </w:rPr>
        <w:t>โครงการสำคัญ</w:t>
      </w:r>
      <w:proofErr w:type="spellEnd"/>
      <w:r w:rsidRPr="004A072C">
        <w:rPr>
          <w:rFonts w:ascii="TH SarabunPSK" w:hAnsi="TH SarabunPSK" w:cs="TH SarabunPSK"/>
          <w:sz w:val="32"/>
          <w:szCs w:val="32"/>
        </w:rPr>
        <w:t xml:space="preserve"> ในความรับผิดชอบหรือประสบการณ์และความสำเร็จที่ภาคภูมิใจในอดีตที่เป็นประโยชน์ต่อการบริหารงาน (</w:t>
      </w:r>
      <w:proofErr w:type="spellStart"/>
      <w:r w:rsidRPr="004A072C">
        <w:rPr>
          <w:rFonts w:ascii="TH SarabunPSK" w:hAnsi="TH SarabunPSK" w:cs="TH SarabunPSK"/>
          <w:sz w:val="32"/>
          <w:szCs w:val="32"/>
        </w:rPr>
        <w:t>ถ้ามี</w:t>
      </w:r>
      <w:proofErr w:type="spellEnd"/>
      <w:r w:rsidRPr="004A072C">
        <w:rPr>
          <w:rFonts w:ascii="TH SarabunPSK" w:hAnsi="TH SarabunPSK" w:cs="TH SarabunPSK"/>
          <w:sz w:val="32"/>
          <w:szCs w:val="32"/>
        </w:rPr>
        <w:t>)</w:t>
      </w:r>
    </w:p>
    <w:p w14:paraId="26BBB31A" w14:textId="5D6938E9" w:rsidR="009456CF" w:rsidRPr="004A072C" w:rsidRDefault="009456CF" w:rsidP="00DC478F">
      <w:pPr>
        <w:spacing w:after="0"/>
        <w:rPr>
          <w:rFonts w:ascii="TH SarabunPSK" w:hAnsi="TH SarabunPSK" w:cs="TH SarabunPSK"/>
          <w:sz w:val="32"/>
          <w:szCs w:val="32"/>
          <w:lang w:bidi="th-TH"/>
        </w:rPr>
      </w:pPr>
      <w:r w:rsidRPr="004A072C">
        <w:rPr>
          <w:rFonts w:ascii="TH SarabunPSK" w:hAnsi="TH SarabunPSK" w:cs="TH SarabunPSK"/>
          <w:sz w:val="32"/>
          <w:szCs w:val="32"/>
        </w:rPr>
        <w:t xml:space="preserve">   </w:t>
      </w:r>
      <w:r w:rsidR="00DA338F">
        <w:rPr>
          <w:rFonts w:ascii="TH SarabunPSK" w:hAnsi="TH SarabunPSK" w:cs="TH SarabunPSK" w:hint="cs"/>
          <w:noProof/>
          <w:sz w:val="32"/>
          <w:szCs w:val="32"/>
          <w:cs/>
          <w:lang w:bidi="th-TH"/>
        </w:rPr>
        <w:t xml:space="preserve">  </w:t>
      </w:r>
      <w:r w:rsidR="00AA3BEC" w:rsidRPr="006032AF">
        <w:rPr>
          <w:rFonts w:ascii="TH SarabunPSK" w:hAnsi="TH SarabunPSK" w:cs="TH SarabunPSK"/>
          <w:sz w:val="32"/>
          <w:szCs w:val="32"/>
        </w:rPr>
        <w:t>[  ]</w:t>
      </w:r>
      <w:r w:rsidR="00DA338F">
        <w:rPr>
          <w:rFonts w:ascii="TH SarabunPSK" w:hAnsi="TH SarabunPSK" w:cs="TH SarabunPSK" w:hint="cs"/>
          <w:noProof/>
          <w:sz w:val="32"/>
          <w:szCs w:val="32"/>
          <w:cs/>
          <w:lang w:bidi="th-TH"/>
        </w:rPr>
        <w:t xml:space="preserve"> </w:t>
      </w:r>
      <w:r w:rsidR="00884E7A">
        <w:rPr>
          <w:rFonts w:ascii="TH SarabunPSK" w:hAnsi="TH SarabunPSK" w:cs="TH SarabunPSK"/>
          <w:sz w:val="32"/>
          <w:szCs w:val="32"/>
        </w:rPr>
        <w:t>10</w:t>
      </w:r>
      <w:r w:rsidRPr="004A072C">
        <w:rPr>
          <w:rFonts w:ascii="TH SarabunPSK" w:hAnsi="TH SarabunPSK" w:cs="TH SarabunPSK"/>
          <w:sz w:val="32"/>
          <w:szCs w:val="32"/>
        </w:rPr>
        <w:t xml:space="preserve">. </w:t>
      </w:r>
      <w:proofErr w:type="spellStart"/>
      <w:r w:rsidRPr="004A072C">
        <w:rPr>
          <w:rFonts w:ascii="TH SarabunPSK" w:hAnsi="TH SarabunPSK" w:cs="TH SarabunPSK"/>
          <w:sz w:val="32"/>
          <w:szCs w:val="32"/>
        </w:rPr>
        <w:t>เอกสารนำเสนอวิสัยทัศน์และแนวคิดในหัวข้อ</w:t>
      </w:r>
      <w:proofErr w:type="spellEnd"/>
      <w:r w:rsidRPr="004A072C">
        <w:rPr>
          <w:rFonts w:ascii="TH SarabunPSK" w:hAnsi="TH SarabunPSK" w:cs="TH SarabunPSK"/>
          <w:sz w:val="32"/>
          <w:szCs w:val="32"/>
        </w:rPr>
        <w:t xml:space="preserve"> “</w:t>
      </w:r>
      <w:proofErr w:type="spellStart"/>
      <w:r w:rsidRPr="004A072C">
        <w:rPr>
          <w:rFonts w:ascii="TH SarabunPSK" w:hAnsi="TH SarabunPSK" w:cs="TH SarabunPSK"/>
          <w:sz w:val="32"/>
          <w:szCs w:val="32"/>
        </w:rPr>
        <w:t>การบริหารงานในตำแหน่งผู้อำนวยการสำนักงาน</w:t>
      </w:r>
      <w:proofErr w:type="spellEnd"/>
      <w:r w:rsidR="00DA338F">
        <w:rPr>
          <w:rFonts w:ascii="TH SarabunPSK" w:hAnsi="TH SarabunPSK" w:cs="TH SarabunPSK" w:hint="cs"/>
          <w:sz w:val="32"/>
          <w:szCs w:val="32"/>
          <w:cs/>
          <w:lang w:bidi="th-TH"/>
        </w:rPr>
        <w:t>ทคโนโลยีและนวัตกรรมด้านชีววิทยาศาสตร์</w:t>
      </w:r>
      <w:r w:rsidRPr="004A072C">
        <w:rPr>
          <w:rFonts w:ascii="TH SarabunPSK" w:hAnsi="TH SarabunPSK" w:cs="TH SarabunPSK"/>
          <w:sz w:val="32"/>
          <w:szCs w:val="32"/>
        </w:rPr>
        <w:t xml:space="preserve"> (</w:t>
      </w:r>
      <w:proofErr w:type="spellStart"/>
      <w:r w:rsidRPr="004A072C">
        <w:rPr>
          <w:rFonts w:ascii="TH SarabunPSK" w:hAnsi="TH SarabunPSK" w:cs="TH SarabunPSK"/>
          <w:sz w:val="32"/>
          <w:szCs w:val="32"/>
        </w:rPr>
        <w:t>องค์การมหาชน</w:t>
      </w:r>
      <w:proofErr w:type="spellEnd"/>
      <w:r w:rsidRPr="004A072C">
        <w:rPr>
          <w:rFonts w:ascii="TH SarabunPSK" w:hAnsi="TH SarabunPSK" w:cs="TH SarabunPSK"/>
          <w:sz w:val="32"/>
          <w:szCs w:val="32"/>
        </w:rPr>
        <w:t xml:space="preserve">)” </w:t>
      </w:r>
      <w:proofErr w:type="spellStart"/>
      <w:r w:rsidRPr="004A072C">
        <w:rPr>
          <w:rFonts w:ascii="TH SarabunPSK" w:hAnsi="TH SarabunPSK" w:cs="TH SarabunPSK"/>
          <w:sz w:val="32"/>
          <w:szCs w:val="32"/>
        </w:rPr>
        <w:t>ความยาวไม่เกิน</w:t>
      </w:r>
      <w:proofErr w:type="spellEnd"/>
      <w:r w:rsidRPr="004A072C">
        <w:rPr>
          <w:rFonts w:ascii="TH SarabunPSK" w:hAnsi="TH SarabunPSK" w:cs="TH SarabunPSK"/>
          <w:sz w:val="32"/>
          <w:szCs w:val="32"/>
        </w:rPr>
        <w:t xml:space="preserve"> 4 </w:t>
      </w:r>
      <w:r w:rsidR="00DA338F">
        <w:rPr>
          <w:rFonts w:ascii="TH SarabunPSK" w:hAnsi="TH SarabunPSK" w:cs="TH SarabunPSK" w:hint="cs"/>
          <w:sz w:val="32"/>
          <w:szCs w:val="32"/>
          <w:cs/>
          <w:lang w:bidi="th-TH"/>
        </w:rPr>
        <w:t>หน้า</w:t>
      </w:r>
      <w:proofErr w:type="spellStart"/>
      <w:r w:rsidRPr="004A072C">
        <w:rPr>
          <w:rFonts w:ascii="TH SarabunPSK" w:hAnsi="TH SarabunPSK" w:cs="TH SarabunPSK"/>
          <w:sz w:val="32"/>
          <w:szCs w:val="32"/>
        </w:rPr>
        <w:t>กระดาษพิมพ์</w:t>
      </w:r>
      <w:proofErr w:type="spellEnd"/>
      <w:r w:rsidRPr="004A072C">
        <w:rPr>
          <w:rFonts w:ascii="TH SarabunPSK" w:hAnsi="TH SarabunPSK" w:cs="TH SarabunPSK"/>
          <w:sz w:val="32"/>
          <w:szCs w:val="32"/>
        </w:rPr>
        <w:t xml:space="preserve"> (A4) </w:t>
      </w:r>
      <w:proofErr w:type="spellStart"/>
      <w:r w:rsidRPr="004A072C">
        <w:rPr>
          <w:rFonts w:ascii="TH SarabunPSK" w:hAnsi="TH SarabunPSK" w:cs="TH SarabunPSK"/>
          <w:sz w:val="32"/>
          <w:szCs w:val="32"/>
        </w:rPr>
        <w:t>ขนาดตัวอักษร</w:t>
      </w:r>
      <w:proofErr w:type="spellEnd"/>
      <w:r w:rsidRPr="004A072C">
        <w:rPr>
          <w:rFonts w:ascii="TH SarabunPSK" w:hAnsi="TH SarabunPSK" w:cs="TH SarabunPSK"/>
          <w:sz w:val="32"/>
          <w:szCs w:val="32"/>
        </w:rPr>
        <w:t xml:space="preserve"> 16</w:t>
      </w:r>
      <w:r w:rsidR="00DA338F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พอยท์</w:t>
      </w:r>
    </w:p>
    <w:p w14:paraId="09D2BA86" w14:textId="6107ECE6" w:rsidR="009456CF" w:rsidRPr="004A072C" w:rsidRDefault="009456CF" w:rsidP="00DC478F">
      <w:pPr>
        <w:spacing w:after="0"/>
        <w:rPr>
          <w:rFonts w:ascii="TH SarabunPSK" w:hAnsi="TH SarabunPSK" w:cs="TH SarabunPSK"/>
          <w:sz w:val="32"/>
          <w:szCs w:val="32"/>
        </w:rPr>
      </w:pPr>
      <w:r w:rsidRPr="004A072C">
        <w:rPr>
          <w:rFonts w:ascii="TH SarabunPSK" w:hAnsi="TH SarabunPSK" w:cs="TH SarabunPSK"/>
          <w:sz w:val="32"/>
          <w:szCs w:val="32"/>
        </w:rPr>
        <w:t xml:space="preserve">   </w:t>
      </w:r>
      <w:r w:rsidR="00DA338F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</w:t>
      </w:r>
      <w:r w:rsidR="00AA3BEC" w:rsidRPr="006032AF">
        <w:rPr>
          <w:rFonts w:ascii="TH SarabunPSK" w:hAnsi="TH SarabunPSK" w:cs="TH SarabunPSK"/>
          <w:sz w:val="32"/>
          <w:szCs w:val="32"/>
        </w:rPr>
        <w:t xml:space="preserve">[  ] </w:t>
      </w:r>
      <w:r w:rsidRPr="004A072C">
        <w:rPr>
          <w:rFonts w:ascii="TH SarabunPSK" w:hAnsi="TH SarabunPSK" w:cs="TH SarabunPSK"/>
          <w:sz w:val="32"/>
          <w:szCs w:val="32"/>
        </w:rPr>
        <w:t>1</w:t>
      </w:r>
      <w:r w:rsidR="00884E7A">
        <w:rPr>
          <w:rFonts w:ascii="TH SarabunPSK" w:hAnsi="TH SarabunPSK" w:cs="TH SarabunPSK"/>
          <w:sz w:val="32"/>
          <w:szCs w:val="32"/>
        </w:rPr>
        <w:t>1</w:t>
      </w:r>
      <w:r w:rsidRPr="004A072C">
        <w:rPr>
          <w:rFonts w:ascii="TH SarabunPSK" w:hAnsi="TH SarabunPSK" w:cs="TH SarabunPSK"/>
          <w:sz w:val="32"/>
          <w:szCs w:val="32"/>
        </w:rPr>
        <w:t xml:space="preserve">. </w:t>
      </w:r>
      <w:proofErr w:type="spellStart"/>
      <w:r w:rsidRPr="004A072C">
        <w:rPr>
          <w:rFonts w:ascii="TH SarabunPSK" w:hAnsi="TH SarabunPSK" w:cs="TH SarabunPSK"/>
          <w:sz w:val="32"/>
          <w:szCs w:val="32"/>
        </w:rPr>
        <w:t>ใบรับรองแพทย์จากโรงพยาบาลของรัฐ</w:t>
      </w:r>
      <w:proofErr w:type="spellEnd"/>
      <w:r w:rsidR="00DA338F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proofErr w:type="spellStart"/>
      <w:r w:rsidRPr="004A072C">
        <w:rPr>
          <w:rFonts w:ascii="TH SarabunPSK" w:hAnsi="TH SarabunPSK" w:cs="TH SarabunPSK"/>
          <w:sz w:val="32"/>
          <w:szCs w:val="32"/>
        </w:rPr>
        <w:t>ที่รับรองว่ามีสุขภาพแข็งแรง</w:t>
      </w:r>
      <w:proofErr w:type="spellEnd"/>
      <w:r w:rsidRPr="004A072C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4A072C">
        <w:rPr>
          <w:rFonts w:ascii="TH SarabunPSK" w:hAnsi="TH SarabunPSK" w:cs="TH SarabunPSK"/>
          <w:sz w:val="32"/>
          <w:szCs w:val="32"/>
        </w:rPr>
        <w:t>ไม่เป็นอุปสรรคต่อการปฏิบัติหน้าที่</w:t>
      </w:r>
      <w:proofErr w:type="spellEnd"/>
      <w:r w:rsidRPr="004A072C">
        <w:rPr>
          <w:rFonts w:ascii="TH SarabunPSK" w:hAnsi="TH SarabunPSK" w:cs="TH SarabunPSK"/>
          <w:sz w:val="32"/>
          <w:szCs w:val="32"/>
        </w:rPr>
        <w:t xml:space="preserve"> (</w:t>
      </w:r>
      <w:proofErr w:type="spellStart"/>
      <w:r w:rsidRPr="004A072C">
        <w:rPr>
          <w:rFonts w:ascii="TH SarabunPSK" w:hAnsi="TH SarabunPSK" w:cs="TH SarabunPSK"/>
          <w:sz w:val="32"/>
          <w:szCs w:val="32"/>
        </w:rPr>
        <w:t>ระยะเวลาไม่เกิน</w:t>
      </w:r>
      <w:proofErr w:type="spellEnd"/>
      <w:r w:rsidRPr="004A072C">
        <w:rPr>
          <w:rFonts w:ascii="TH SarabunPSK" w:hAnsi="TH SarabunPSK" w:cs="TH SarabunPSK"/>
          <w:sz w:val="32"/>
          <w:szCs w:val="32"/>
        </w:rPr>
        <w:t xml:space="preserve"> 3 </w:t>
      </w:r>
      <w:proofErr w:type="spellStart"/>
      <w:r w:rsidRPr="004A072C">
        <w:rPr>
          <w:rFonts w:ascii="TH SarabunPSK" w:hAnsi="TH SarabunPSK" w:cs="TH SarabunPSK"/>
          <w:sz w:val="32"/>
          <w:szCs w:val="32"/>
        </w:rPr>
        <w:t>เดือน</w:t>
      </w:r>
      <w:proofErr w:type="spellEnd"/>
      <w:r w:rsidRPr="004A072C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4A072C">
        <w:rPr>
          <w:rFonts w:ascii="TH SarabunPSK" w:hAnsi="TH SarabunPSK" w:cs="TH SarabunPSK"/>
          <w:sz w:val="32"/>
          <w:szCs w:val="32"/>
        </w:rPr>
        <w:t>ก่อนวันยื่นใบสมัคร</w:t>
      </w:r>
      <w:proofErr w:type="spellEnd"/>
      <w:r w:rsidRPr="004A072C">
        <w:rPr>
          <w:rFonts w:ascii="TH SarabunPSK" w:hAnsi="TH SarabunPSK" w:cs="TH SarabunPSK"/>
          <w:sz w:val="32"/>
          <w:szCs w:val="32"/>
        </w:rPr>
        <w:t>)</w:t>
      </w:r>
    </w:p>
    <w:p w14:paraId="0691F332" w14:textId="29DB9ED3" w:rsidR="009456CF" w:rsidRPr="004A072C" w:rsidRDefault="009456CF" w:rsidP="00DC478F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A072C">
        <w:rPr>
          <w:rFonts w:ascii="TH SarabunPSK" w:hAnsi="TH SarabunPSK" w:cs="TH SarabunPSK"/>
          <w:sz w:val="32"/>
          <w:szCs w:val="32"/>
        </w:rPr>
        <w:t xml:space="preserve">ข้าพเจ้าขอรับรองว่าเป็นผู้มีคุณสมบัติและไม่มีลักษณะต้องห้ามตามที่กฎหมายกำหนดและขอรับรองว่า ข้อความข้างต้นที่แจ้งไว้ในใบสมัครนี้ถูกต้องและเป็นความจริงทุกประการ </w:t>
      </w:r>
      <w:proofErr w:type="spellStart"/>
      <w:r w:rsidRPr="004A072C">
        <w:rPr>
          <w:rFonts w:ascii="TH SarabunPSK" w:hAnsi="TH SarabunPSK" w:cs="TH SarabunPSK"/>
          <w:sz w:val="32"/>
          <w:szCs w:val="32"/>
        </w:rPr>
        <w:t>หากปรากฏภายหลังว่าข้อความดังกล่าว</w:t>
      </w:r>
      <w:proofErr w:type="spellEnd"/>
      <w:r w:rsidRPr="004A072C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4A072C">
        <w:rPr>
          <w:rFonts w:ascii="TH SarabunPSK" w:hAnsi="TH SarabunPSK" w:cs="TH SarabunPSK"/>
          <w:sz w:val="32"/>
          <w:szCs w:val="32"/>
        </w:rPr>
        <w:t>รวมทั้งเอกสารและหลักฐานต่างๆ</w:t>
      </w:r>
      <w:proofErr w:type="spellEnd"/>
      <w:r w:rsidRPr="004A072C">
        <w:rPr>
          <w:rFonts w:ascii="TH SarabunPSK" w:hAnsi="TH SarabunPSK" w:cs="TH SarabunPSK"/>
          <w:sz w:val="32"/>
          <w:szCs w:val="32"/>
        </w:rPr>
        <w:t xml:space="preserve"> ไม่ถูกต้องหรือไม่เป็นความจริงให้ถือว่าข้าพเจ้าเป็นผู้ขาดคุณสมบัติ</w:t>
      </w:r>
      <w:r w:rsidR="00AA3BEC" w:rsidRPr="00AA3BEC">
        <w:rPr>
          <w:rFonts w:ascii="TH SarabunPSK" w:hAnsi="TH SarabunPSK" w:cs="TH SarabunPSK"/>
          <w:sz w:val="32"/>
          <w:szCs w:val="32"/>
          <w:cs/>
          <w:lang w:bidi="th-TH"/>
        </w:rPr>
        <w:t>ตั้งแต่ต้น การสมัคร</w:t>
      </w:r>
      <w:r w:rsidR="00DC478F">
        <w:rPr>
          <w:rFonts w:ascii="TH SarabunPSK" w:hAnsi="TH SarabunPSK" w:cs="TH SarabunPSK" w:hint="cs"/>
          <w:sz w:val="32"/>
          <w:szCs w:val="32"/>
          <w:cs/>
          <w:lang w:bidi="th-TH"/>
        </w:rPr>
        <w:t>ของข้าพเจ้า</w:t>
      </w:r>
      <w:r w:rsidR="00AA3BEC" w:rsidRPr="00AA3BEC">
        <w:rPr>
          <w:rFonts w:ascii="TH SarabunPSK" w:hAnsi="TH SarabunPSK" w:cs="TH SarabunPSK"/>
          <w:sz w:val="32"/>
          <w:szCs w:val="32"/>
          <w:cs/>
          <w:lang w:bidi="th-TH"/>
        </w:rPr>
        <w:t>เป็นโมฆะ</w:t>
      </w:r>
    </w:p>
    <w:p w14:paraId="1995D2EE" w14:textId="082981ED" w:rsidR="00DC478F" w:rsidRDefault="009456CF" w:rsidP="00DC478F">
      <w:pPr>
        <w:spacing w:after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4A072C">
        <w:rPr>
          <w:rFonts w:ascii="TH SarabunPSK" w:hAnsi="TH SarabunPSK" w:cs="TH SarabunPSK"/>
          <w:sz w:val="32"/>
          <w:szCs w:val="32"/>
        </w:rPr>
        <w:t xml:space="preserve">    </w:t>
      </w:r>
      <w:r w:rsidR="00DA338F">
        <w:rPr>
          <w:rFonts w:ascii="TH SarabunPSK" w:hAnsi="TH SarabunPSK" w:cs="TH SarabunPSK"/>
          <w:sz w:val="32"/>
          <w:szCs w:val="32"/>
          <w:cs/>
          <w:lang w:bidi="th-TH"/>
        </w:rPr>
        <w:tab/>
      </w:r>
      <w:proofErr w:type="spellStart"/>
      <w:r w:rsidRPr="004A072C">
        <w:rPr>
          <w:rFonts w:ascii="TH SarabunPSK" w:hAnsi="TH SarabunPSK" w:cs="TH SarabunPSK"/>
          <w:sz w:val="32"/>
          <w:szCs w:val="32"/>
        </w:rPr>
        <w:t>ในการนี้</w:t>
      </w:r>
      <w:proofErr w:type="spellEnd"/>
      <w:r w:rsidRPr="004A072C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4A072C">
        <w:rPr>
          <w:rFonts w:ascii="TH SarabunPSK" w:hAnsi="TH SarabunPSK" w:cs="TH SarabunPSK"/>
          <w:sz w:val="32"/>
          <w:szCs w:val="32"/>
        </w:rPr>
        <w:t>ข้าพเจ้ายินยอมให้</w:t>
      </w:r>
      <w:proofErr w:type="spellEnd"/>
      <w:r w:rsidR="00DA338F" w:rsidRPr="00DA338F">
        <w:rPr>
          <w:rFonts w:ascii="TH SarabunPSK" w:hAnsi="TH SarabunPSK" w:cs="TH SarabunPSK"/>
          <w:sz w:val="32"/>
          <w:szCs w:val="32"/>
          <w:cs/>
          <w:lang w:bidi="th-TH"/>
        </w:rPr>
        <w:t>สำนักงานทคโนโลยีและนวัตกรรมด้านชีววิทยาศาสตร์ (องค์การมหาชน)</w:t>
      </w:r>
      <w:proofErr w:type="spellStart"/>
      <w:r w:rsidRPr="004A072C">
        <w:rPr>
          <w:rFonts w:ascii="TH SarabunPSK" w:hAnsi="TH SarabunPSK" w:cs="TH SarabunPSK"/>
          <w:sz w:val="32"/>
          <w:szCs w:val="32"/>
        </w:rPr>
        <w:t>และคณะอนุกรรมการสรรหาผู้อำนวยการ</w:t>
      </w:r>
      <w:proofErr w:type="spellEnd"/>
      <w:r w:rsidR="00DA338F" w:rsidRPr="00DA338F">
        <w:rPr>
          <w:rFonts w:ascii="TH SarabunPSK" w:hAnsi="TH SarabunPSK" w:cs="TH SarabunPSK"/>
          <w:sz w:val="32"/>
          <w:szCs w:val="32"/>
          <w:cs/>
          <w:lang w:bidi="th-TH"/>
        </w:rPr>
        <w:t>สำนักงานทคโนโลยีและนวัตกรรมด้านชีววิทยาศาสตร์</w:t>
      </w:r>
      <w:r w:rsidR="006761C2">
        <w:rPr>
          <w:rFonts w:ascii="TH SarabunPSK" w:hAnsi="TH SarabunPSK" w:cs="TH SarabunPSK"/>
          <w:sz w:val="32"/>
          <w:szCs w:val="32"/>
          <w:lang w:bidi="th-TH"/>
        </w:rPr>
        <w:t xml:space="preserve"> </w:t>
      </w:r>
      <w:proofErr w:type="spellStart"/>
      <w:r w:rsidRPr="004A072C">
        <w:rPr>
          <w:rFonts w:ascii="TH SarabunPSK" w:hAnsi="TH SarabunPSK" w:cs="TH SarabunPSK"/>
          <w:sz w:val="32"/>
          <w:szCs w:val="32"/>
        </w:rPr>
        <w:t>ตรวจสอบข้อมูลและคุณสมบัติของข้าพเจ้า</w:t>
      </w:r>
      <w:proofErr w:type="spellEnd"/>
      <w:r w:rsidRPr="004A072C">
        <w:rPr>
          <w:rFonts w:ascii="TH SarabunPSK" w:hAnsi="TH SarabunPSK" w:cs="TH SarabunPSK"/>
          <w:sz w:val="32"/>
          <w:szCs w:val="32"/>
        </w:rPr>
        <w:t xml:space="preserve"> </w:t>
      </w:r>
      <w:r w:rsidR="00DC478F" w:rsidRPr="00DC478F">
        <w:rPr>
          <w:rFonts w:ascii="TH SarabunPSK" w:hAnsi="TH SarabunPSK" w:cs="TH SarabunPSK"/>
          <w:sz w:val="32"/>
          <w:szCs w:val="32"/>
          <w:cs/>
          <w:lang w:bidi="th-TH"/>
        </w:rPr>
        <w:t>กรณีที่</w:t>
      </w:r>
      <w:r w:rsidR="00DC478F">
        <w:rPr>
          <w:rFonts w:ascii="TH SarabunPSK" w:hAnsi="TH SarabunPSK" w:cs="TH SarabunPSK" w:hint="cs"/>
          <w:sz w:val="32"/>
          <w:szCs w:val="32"/>
          <w:cs/>
          <w:lang w:bidi="th-TH"/>
        </w:rPr>
        <w:t>ข้าพเจ้า</w:t>
      </w:r>
      <w:r w:rsidR="00DC478F" w:rsidRPr="00DC478F">
        <w:rPr>
          <w:rFonts w:ascii="TH SarabunPSK" w:hAnsi="TH SarabunPSK" w:cs="TH SarabunPSK"/>
          <w:sz w:val="32"/>
          <w:szCs w:val="32"/>
          <w:cs/>
          <w:lang w:bidi="th-TH"/>
        </w:rPr>
        <w:t xml:space="preserve">ไม่ผ่านการคัดเลือก </w:t>
      </w:r>
      <w:r w:rsidR="00DC478F">
        <w:rPr>
          <w:rFonts w:ascii="TH SarabunPSK" w:hAnsi="TH SarabunPSK" w:cs="TH SarabunPSK" w:hint="cs"/>
          <w:sz w:val="32"/>
          <w:szCs w:val="32"/>
          <w:cs/>
          <w:lang w:bidi="th-TH"/>
        </w:rPr>
        <w:t>ข้าพเจ้าขอ</w:t>
      </w:r>
      <w:r w:rsidR="00DC478F" w:rsidRPr="00DC478F">
        <w:rPr>
          <w:rFonts w:ascii="TH SarabunPSK" w:hAnsi="TH SarabunPSK" w:cs="TH SarabunPSK"/>
          <w:sz w:val="32"/>
          <w:szCs w:val="32"/>
          <w:cs/>
          <w:lang w:bidi="th-TH"/>
        </w:rPr>
        <w:t>สละสิทธิ์การร้องเรียน หรือฟ้องร้องดำเนินคดีจากการดำเนินการสรรหาคัดเลือก และยอมรับผลการดำเนินการสรรหาโดยจะไม่โต้แย้งหรือเรียกร้องใดๆ ทั้งสิ้น</w:t>
      </w:r>
      <w:r w:rsidR="00DC478F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="00DC478F" w:rsidRPr="00DC478F">
        <w:rPr>
          <w:rFonts w:ascii="TH SarabunPSK" w:hAnsi="TH SarabunPSK" w:cs="TH SarabunPSK"/>
          <w:sz w:val="32"/>
          <w:szCs w:val="32"/>
          <w:cs/>
          <w:lang w:bidi="th-TH"/>
        </w:rPr>
        <w:t>ทั้งนี้ ผลการพิจารณาคัดเลือกของคณะอนุกรรมการสรรหาฯ ถือเป็นที่สุด</w:t>
      </w:r>
    </w:p>
    <w:p w14:paraId="7468AAD7" w14:textId="15D115D7" w:rsidR="00DC478F" w:rsidRPr="00DC478F" w:rsidRDefault="00DC478F" w:rsidP="00DC478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DC478F">
        <w:rPr>
          <w:rFonts w:ascii="TH SarabunPSK" w:hAnsi="TH SarabunPSK" w:cs="TH SarabunPSK" w:hint="cs"/>
          <w:sz w:val="32"/>
          <w:szCs w:val="32"/>
          <w:cs/>
          <w:lang w:bidi="th-TH"/>
        </w:rPr>
        <w:t>ภายหลัง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หากข้าพเจ้าได้รับการคัดเลือก</w:t>
      </w:r>
      <w:r w:rsidRPr="00DC478F">
        <w:rPr>
          <w:rFonts w:ascii="TH SarabunPSK" w:hAnsi="TH SarabunPSK" w:cs="TH SarabunPSK" w:hint="cs"/>
          <w:sz w:val="32"/>
          <w:szCs w:val="32"/>
          <w:cs/>
          <w:lang w:bidi="th-TH"/>
        </w:rPr>
        <w:t>ดำรงตำแหน่งผู้อำนวยการสำนักงานเทคโนโลยีและนวัตกรรมด้านชีววิทยาศาสตร์</w:t>
      </w:r>
      <w:r w:rsidRPr="00DC478F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และ</w:t>
      </w:r>
      <w:r w:rsidRPr="00DC478F">
        <w:rPr>
          <w:rFonts w:ascii="TH SarabunPSK" w:hAnsi="TH SarabunPSK" w:cs="TH SarabunPSK" w:hint="cs"/>
          <w:sz w:val="32"/>
          <w:szCs w:val="32"/>
          <w:cs/>
          <w:lang w:bidi="th-TH"/>
        </w:rPr>
        <w:t>พบว่าเอกสารหลักฐาน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ที่</w:t>
      </w:r>
      <w:r w:rsidRPr="00DC478F">
        <w:rPr>
          <w:rFonts w:ascii="TH SarabunPSK" w:hAnsi="TH SarabunPSK" w:cs="TH SarabunPSK" w:hint="cs"/>
          <w:sz w:val="32"/>
          <w:szCs w:val="32"/>
          <w:cs/>
          <w:lang w:bidi="th-TH"/>
        </w:rPr>
        <w:t>นำมายื่นเป็นเท็จหรือปกปิดความจริงซึ่งควรบอกกล่าวให้แจ้งชัด</w:t>
      </w:r>
      <w:r w:rsidRPr="00DC478F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DC478F">
        <w:rPr>
          <w:rFonts w:ascii="TH SarabunPSK" w:hAnsi="TH SarabunPSK" w:cs="TH SarabunPSK" w:hint="cs"/>
          <w:sz w:val="32"/>
          <w:szCs w:val="32"/>
          <w:cs/>
          <w:lang w:bidi="th-TH"/>
        </w:rPr>
        <w:t>หรือไม่เป็นไปตามประกาศรับสมัคร</w:t>
      </w:r>
      <w:r w:rsidRPr="00DC478F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ข้าพเจ้า</w:t>
      </w:r>
      <w:r w:rsidRPr="00DC478F">
        <w:rPr>
          <w:rFonts w:ascii="TH SarabunPSK" w:hAnsi="TH SarabunPSK" w:cs="TH SarabunPSK" w:hint="cs"/>
          <w:sz w:val="32"/>
          <w:szCs w:val="32"/>
          <w:cs/>
          <w:lang w:bidi="th-TH"/>
        </w:rPr>
        <w:t>ยินยอมสิ้นสิทธิ์</w:t>
      </w:r>
      <w:r w:rsidRPr="00DC478F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DC478F">
        <w:rPr>
          <w:rFonts w:ascii="TH SarabunPSK" w:hAnsi="TH SarabunPSK" w:cs="TH SarabunPSK" w:hint="cs"/>
          <w:sz w:val="32"/>
          <w:szCs w:val="32"/>
          <w:cs/>
          <w:lang w:bidi="th-TH"/>
        </w:rPr>
        <w:t>และยินยอมให้สำนักงานสำนักงานเทคโนโลยีและนวัตกรรมด้านชีววิทยาศาสตร์</w:t>
      </w:r>
      <w:r w:rsidRPr="00DC478F">
        <w:rPr>
          <w:rFonts w:ascii="TH SarabunPSK" w:hAnsi="TH SarabunPSK" w:cs="TH SarabunPSK"/>
          <w:sz w:val="32"/>
          <w:szCs w:val="32"/>
          <w:cs/>
          <w:lang w:bidi="th-TH"/>
        </w:rPr>
        <w:t xml:space="preserve"> (</w:t>
      </w:r>
      <w:r w:rsidRPr="00DC478F">
        <w:rPr>
          <w:rFonts w:ascii="TH SarabunPSK" w:hAnsi="TH SarabunPSK" w:cs="TH SarabunPSK" w:hint="cs"/>
          <w:sz w:val="32"/>
          <w:szCs w:val="32"/>
          <w:cs/>
          <w:lang w:bidi="th-TH"/>
        </w:rPr>
        <w:t>องค์การมหาชน</w:t>
      </w:r>
      <w:r w:rsidRPr="00DC478F">
        <w:rPr>
          <w:rFonts w:ascii="TH SarabunPSK" w:hAnsi="TH SarabunPSK" w:cs="TH SarabunPSK"/>
          <w:sz w:val="32"/>
          <w:szCs w:val="32"/>
          <w:cs/>
          <w:lang w:bidi="th-TH"/>
        </w:rPr>
        <w:t xml:space="preserve">) </w:t>
      </w:r>
      <w:r w:rsidRPr="00DC478F">
        <w:rPr>
          <w:rFonts w:ascii="TH SarabunPSK" w:hAnsi="TH SarabunPSK" w:cs="TH SarabunPSK" w:hint="cs"/>
          <w:sz w:val="32"/>
          <w:szCs w:val="32"/>
          <w:cs/>
          <w:lang w:bidi="th-TH"/>
        </w:rPr>
        <w:t>เลิกจ้างโดยไม่ต้องจ่ายค่าตอบแทน</w:t>
      </w:r>
      <w:r w:rsidRPr="00DC478F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DC478F">
        <w:rPr>
          <w:rFonts w:ascii="TH SarabunPSK" w:hAnsi="TH SarabunPSK" w:cs="TH SarabunPSK" w:hint="cs"/>
          <w:sz w:val="32"/>
          <w:szCs w:val="32"/>
          <w:cs/>
          <w:lang w:bidi="th-TH"/>
        </w:rPr>
        <w:t>หรือค่าเสียหายใด</w:t>
      </w:r>
      <w:r w:rsidRPr="00DC478F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DC478F">
        <w:rPr>
          <w:rFonts w:ascii="TH SarabunPSK" w:hAnsi="TH SarabunPSK" w:cs="TH SarabunPSK" w:hint="cs"/>
          <w:sz w:val="32"/>
          <w:szCs w:val="32"/>
          <w:cs/>
          <w:lang w:bidi="th-TH"/>
        </w:rPr>
        <w:t>ๆ</w:t>
      </w:r>
      <w:r w:rsidRPr="00DC478F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DC478F">
        <w:rPr>
          <w:rFonts w:ascii="TH SarabunPSK" w:hAnsi="TH SarabunPSK" w:cs="TH SarabunPSK" w:hint="cs"/>
          <w:sz w:val="32"/>
          <w:szCs w:val="32"/>
          <w:cs/>
          <w:lang w:bidi="th-TH"/>
        </w:rPr>
        <w:t>อันเนื่องมาจากการเลิกจ้างในกรณี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นี้</w:t>
      </w:r>
      <w:r w:rsidRPr="00DC478F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DC478F">
        <w:rPr>
          <w:rFonts w:ascii="TH SarabunPSK" w:hAnsi="TH SarabunPSK" w:cs="TH SarabunPSK" w:hint="cs"/>
          <w:sz w:val="32"/>
          <w:szCs w:val="32"/>
          <w:cs/>
          <w:lang w:bidi="th-TH"/>
        </w:rPr>
        <w:t>พร้อมทั้งคืนเงินค่าตอบแทนทุกประเภทที่เกิดในระหว่างดำรงตำแหน่งจนถึงวันที่พบว่าเอกสารหรือข้อมูลในการสมัครเป็นเท็จ</w:t>
      </w:r>
      <w:r w:rsidRPr="00DC478F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DC478F">
        <w:rPr>
          <w:rFonts w:ascii="TH SarabunPSK" w:hAnsi="TH SarabunPSK" w:cs="TH SarabunPSK" w:hint="cs"/>
          <w:sz w:val="32"/>
          <w:szCs w:val="32"/>
          <w:cs/>
          <w:lang w:bidi="th-TH"/>
        </w:rPr>
        <w:t>คืนแก่สำนักงาน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ฯ</w:t>
      </w:r>
      <w:r w:rsidRPr="00DC478F">
        <w:rPr>
          <w:rFonts w:ascii="TH SarabunPSK" w:hAnsi="TH SarabunPSK" w:cs="TH SarabunPSK" w:hint="cs"/>
          <w:sz w:val="32"/>
          <w:szCs w:val="32"/>
          <w:cs/>
          <w:lang w:bidi="th-TH"/>
        </w:rPr>
        <w:t>เต็มจำนวน</w:t>
      </w:r>
    </w:p>
    <w:p w14:paraId="342BEF36" w14:textId="77777777" w:rsidR="00691E51" w:rsidRDefault="00691E51" w:rsidP="009456CF">
      <w:pPr>
        <w:spacing w:after="120"/>
        <w:jc w:val="right"/>
        <w:rPr>
          <w:rFonts w:ascii="TH SarabunPSK" w:hAnsi="TH SarabunPSK" w:cs="TH SarabunPSK"/>
          <w:sz w:val="32"/>
          <w:szCs w:val="32"/>
        </w:rPr>
      </w:pPr>
    </w:p>
    <w:p w14:paraId="16B6DD21" w14:textId="4E191AF4" w:rsidR="009456CF" w:rsidRPr="004A072C" w:rsidRDefault="009456CF" w:rsidP="009456CF">
      <w:pPr>
        <w:spacing w:after="120"/>
        <w:jc w:val="right"/>
        <w:rPr>
          <w:rFonts w:ascii="TH SarabunPSK" w:hAnsi="TH SarabunPSK" w:cs="TH SarabunPSK"/>
          <w:sz w:val="32"/>
          <w:szCs w:val="32"/>
        </w:rPr>
      </w:pPr>
      <w:proofErr w:type="spellStart"/>
      <w:r w:rsidRPr="004A072C">
        <w:rPr>
          <w:rFonts w:ascii="TH SarabunPSK" w:hAnsi="TH SarabunPSK" w:cs="TH SarabunPSK"/>
          <w:sz w:val="32"/>
          <w:szCs w:val="32"/>
        </w:rPr>
        <w:t>ลงชื่อ</w:t>
      </w:r>
      <w:proofErr w:type="spellEnd"/>
      <w:r w:rsidRPr="004A072C">
        <w:rPr>
          <w:rFonts w:ascii="TH SarabunPSK" w:hAnsi="TH SarabunPSK" w:cs="TH SarabunPSK"/>
          <w:sz w:val="32"/>
          <w:szCs w:val="32"/>
        </w:rPr>
        <w:t xml:space="preserve"> ......................................................................................... ผู้สมัคร</w:t>
      </w:r>
    </w:p>
    <w:p w14:paraId="004DEB79" w14:textId="170741EC" w:rsidR="009456CF" w:rsidRPr="004A072C" w:rsidRDefault="00DA338F" w:rsidP="00DA338F">
      <w:pPr>
        <w:spacing w:after="120"/>
        <w:ind w:left="2880"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</w:t>
      </w:r>
      <w:r w:rsidR="009456CF" w:rsidRPr="004A072C">
        <w:rPr>
          <w:rFonts w:ascii="TH SarabunPSK" w:hAnsi="TH SarabunPSK" w:cs="TH SarabunPSK"/>
          <w:sz w:val="32"/>
          <w:szCs w:val="32"/>
        </w:rPr>
        <w:t xml:space="preserve">( ......................................................................................... )          </w:t>
      </w:r>
    </w:p>
    <w:p w14:paraId="4AB3AD2E" w14:textId="3AE4D295" w:rsidR="00494A9A" w:rsidRPr="004A072C" w:rsidRDefault="009456CF" w:rsidP="00DA338F">
      <w:pPr>
        <w:ind w:left="3600" w:firstLine="720"/>
        <w:rPr>
          <w:rFonts w:ascii="TH SarabunPSK" w:hAnsi="TH SarabunPSK" w:cs="TH SarabunPSK"/>
          <w:sz w:val="32"/>
          <w:szCs w:val="32"/>
        </w:rPr>
      </w:pPr>
      <w:r w:rsidRPr="004A072C">
        <w:rPr>
          <w:rFonts w:ascii="TH SarabunPSK" w:hAnsi="TH SarabunPSK" w:cs="TH SarabunPSK"/>
          <w:sz w:val="32"/>
          <w:szCs w:val="32"/>
        </w:rPr>
        <w:lastRenderedPageBreak/>
        <w:t>วันที่ ............. เดือน ..................</w:t>
      </w:r>
      <w:r w:rsidR="00DA338F">
        <w:rPr>
          <w:rFonts w:ascii="TH SarabunPSK" w:hAnsi="TH SarabunPSK" w:cs="TH SarabunPSK"/>
          <w:sz w:val="32"/>
          <w:szCs w:val="32"/>
        </w:rPr>
        <w:t>....</w:t>
      </w:r>
      <w:r w:rsidRPr="004A072C">
        <w:rPr>
          <w:rFonts w:ascii="TH SarabunPSK" w:hAnsi="TH SarabunPSK" w:cs="TH SarabunPSK"/>
          <w:sz w:val="32"/>
          <w:szCs w:val="32"/>
        </w:rPr>
        <w:t>............</w:t>
      </w:r>
      <w:r w:rsidR="00DA338F">
        <w:rPr>
          <w:rFonts w:ascii="TH SarabunPSK" w:hAnsi="TH SarabunPSK" w:cs="TH SarabunPSK" w:hint="cs"/>
          <w:sz w:val="32"/>
          <w:szCs w:val="32"/>
          <w:cs/>
          <w:lang w:bidi="th-TH"/>
        </w:rPr>
        <w:t>พ.ศ…</w:t>
      </w:r>
      <w:r w:rsidR="00DA338F">
        <w:rPr>
          <w:rFonts w:ascii="TH SarabunPSK" w:hAnsi="TH SarabunPSK" w:cs="TH SarabunPSK"/>
          <w:sz w:val="32"/>
          <w:szCs w:val="32"/>
          <w:lang w:bidi="th-TH"/>
        </w:rPr>
        <w:t>…………….</w:t>
      </w:r>
      <w:r w:rsidRPr="004A072C">
        <w:rPr>
          <w:rFonts w:ascii="TH SarabunPSK" w:hAnsi="TH SarabunPSK" w:cs="TH SarabunPSK"/>
          <w:sz w:val="32"/>
          <w:szCs w:val="32"/>
        </w:rPr>
        <w:t xml:space="preserve"> </w:t>
      </w:r>
    </w:p>
    <w:sectPr w:rsidR="00494A9A" w:rsidRPr="004A072C" w:rsidSect="00691E51">
      <w:pgSz w:w="11906" w:h="16838" w:code="9"/>
      <w:pgMar w:top="1350" w:right="1106" w:bottom="1350" w:left="11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H Sarabun PSK">
    <w:altName w:val="Cordia New"/>
    <w:panose1 w:val="00000000000000000000"/>
    <w:charset w:val="00"/>
    <w:family w:val="roman"/>
    <w:notTrueType/>
    <w:pitch w:val="default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383051E"/>
    <w:multiLevelType w:val="hybridMultilevel"/>
    <w:tmpl w:val="EF483C5E"/>
    <w:lvl w:ilvl="0" w:tplc="277E7D7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A6E42B4"/>
    <w:multiLevelType w:val="hybridMultilevel"/>
    <w:tmpl w:val="30383F40"/>
    <w:lvl w:ilvl="0" w:tplc="BF3E3E5E">
      <w:start w:val="4"/>
      <w:numFmt w:val="decimal"/>
      <w:lvlText w:val="%1."/>
      <w:lvlJc w:val="left"/>
      <w:pPr>
        <w:ind w:left="720" w:hanging="360"/>
      </w:pPr>
      <w:rPr>
        <w:rFonts w:ascii="TH SarabunPSK" w:eastAsiaTheme="minorEastAsia" w:hAnsi="TH SarabunPSK" w:cs="TH SarabunPSK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7937210">
    <w:abstractNumId w:val="8"/>
  </w:num>
  <w:num w:numId="2" w16cid:durableId="1761949883">
    <w:abstractNumId w:val="6"/>
  </w:num>
  <w:num w:numId="3" w16cid:durableId="1580286719">
    <w:abstractNumId w:val="5"/>
  </w:num>
  <w:num w:numId="4" w16cid:durableId="2005279288">
    <w:abstractNumId w:val="4"/>
  </w:num>
  <w:num w:numId="5" w16cid:durableId="1820461603">
    <w:abstractNumId w:val="7"/>
  </w:num>
  <w:num w:numId="6" w16cid:durableId="1045446737">
    <w:abstractNumId w:val="3"/>
  </w:num>
  <w:num w:numId="7" w16cid:durableId="1176650214">
    <w:abstractNumId w:val="2"/>
  </w:num>
  <w:num w:numId="8" w16cid:durableId="1892158068">
    <w:abstractNumId w:val="1"/>
  </w:num>
  <w:num w:numId="9" w16cid:durableId="291984898">
    <w:abstractNumId w:val="0"/>
  </w:num>
  <w:num w:numId="10" w16cid:durableId="897739242">
    <w:abstractNumId w:val="9"/>
  </w:num>
  <w:num w:numId="11" w16cid:durableId="1217764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436A"/>
    <w:rsid w:val="00034616"/>
    <w:rsid w:val="00051C6C"/>
    <w:rsid w:val="0006063C"/>
    <w:rsid w:val="00082466"/>
    <w:rsid w:val="0015074B"/>
    <w:rsid w:val="00277C6A"/>
    <w:rsid w:val="0028248A"/>
    <w:rsid w:val="0029639D"/>
    <w:rsid w:val="002E486A"/>
    <w:rsid w:val="00317B28"/>
    <w:rsid w:val="00326F90"/>
    <w:rsid w:val="0037480D"/>
    <w:rsid w:val="003F5860"/>
    <w:rsid w:val="00422EBB"/>
    <w:rsid w:val="00494A9A"/>
    <w:rsid w:val="00496500"/>
    <w:rsid w:val="004A072C"/>
    <w:rsid w:val="00580774"/>
    <w:rsid w:val="006032AF"/>
    <w:rsid w:val="006761C2"/>
    <w:rsid w:val="00691E51"/>
    <w:rsid w:val="0074131D"/>
    <w:rsid w:val="00755D72"/>
    <w:rsid w:val="007B5325"/>
    <w:rsid w:val="007C38DA"/>
    <w:rsid w:val="008069E1"/>
    <w:rsid w:val="00835CEF"/>
    <w:rsid w:val="008431FF"/>
    <w:rsid w:val="008436B9"/>
    <w:rsid w:val="008719A7"/>
    <w:rsid w:val="00884E7A"/>
    <w:rsid w:val="008B4A34"/>
    <w:rsid w:val="008C0B79"/>
    <w:rsid w:val="008D0F9E"/>
    <w:rsid w:val="009456CF"/>
    <w:rsid w:val="00997ED8"/>
    <w:rsid w:val="00A100B6"/>
    <w:rsid w:val="00AA1D8D"/>
    <w:rsid w:val="00AA3BEC"/>
    <w:rsid w:val="00B47730"/>
    <w:rsid w:val="00BD73FA"/>
    <w:rsid w:val="00CB0664"/>
    <w:rsid w:val="00DA338F"/>
    <w:rsid w:val="00DC478F"/>
    <w:rsid w:val="00E600B8"/>
    <w:rsid w:val="00E83B4B"/>
    <w:rsid w:val="00EC402F"/>
    <w:rsid w:val="00F3797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D2CE13"/>
  <w14:defaultImageDpi w14:val="300"/>
  <w15:docId w15:val="{CAECFA50-B575-4AB8-AAC8-11640E722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466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7</Pages>
  <Words>1865</Words>
  <Characters>10631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12472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Narumon Nunthakwang</cp:lastModifiedBy>
  <cp:revision>13</cp:revision>
  <cp:lastPrinted>2026-09-11T06:37:00Z</cp:lastPrinted>
  <dcterms:created xsi:type="dcterms:W3CDTF">2026-08-30T14:54:00Z</dcterms:created>
  <dcterms:modified xsi:type="dcterms:W3CDTF">2026-09-24T02:09:00Z</dcterms:modified>
  <cp:category/>
</cp:coreProperties>
</file>